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14DE1" w14:textId="77777777" w:rsidR="00540FC2" w:rsidRPr="003335DA" w:rsidRDefault="007477C1" w:rsidP="003335DA">
      <w:pPr>
        <w:pStyle w:val="NoSpacing"/>
        <w:jc w:val="center"/>
        <w:rPr>
          <w:rFonts w:ascii="Aptos" w:hAnsi="Aptos"/>
          <w:b/>
          <w:bCs/>
        </w:rPr>
      </w:pPr>
      <w:r w:rsidRPr="003335DA">
        <w:rPr>
          <w:rFonts w:ascii="Aptos" w:hAnsi="Aptos"/>
          <w:b/>
          <w:bCs/>
        </w:rPr>
        <w:t>SCOPE OF WORK</w:t>
      </w:r>
    </w:p>
    <w:p w14:paraId="1AA56F62" w14:textId="77777777" w:rsidR="00540FC2" w:rsidRPr="003335DA" w:rsidRDefault="007477C1" w:rsidP="003335DA">
      <w:pPr>
        <w:pStyle w:val="NoSpacing"/>
        <w:jc w:val="center"/>
        <w:rPr>
          <w:rFonts w:ascii="Aptos" w:hAnsi="Aptos"/>
          <w:b/>
          <w:bCs/>
        </w:rPr>
      </w:pPr>
      <w:r w:rsidRPr="003335DA">
        <w:rPr>
          <w:rFonts w:ascii="Aptos" w:hAnsi="Aptos"/>
          <w:b/>
          <w:bCs/>
        </w:rPr>
        <w:t>AXIS IP Camera Replacement Program</w:t>
      </w:r>
    </w:p>
    <w:p w14:paraId="57AEB062" w14:textId="5DF111ED" w:rsidR="00540FC2" w:rsidRPr="003335DA" w:rsidRDefault="007477C1">
      <w:pPr>
        <w:jc w:val="center"/>
        <w:rPr>
          <w:sz w:val="18"/>
          <w:szCs w:val="18"/>
        </w:rPr>
      </w:pPr>
      <w:r w:rsidRPr="003335DA">
        <w:rPr>
          <w:i/>
          <w:sz w:val="18"/>
          <w:szCs w:val="18"/>
        </w:rPr>
        <w:t xml:space="preserve">Replacement of </w:t>
      </w:r>
      <w:r w:rsidR="00674836" w:rsidRPr="003335DA">
        <w:rPr>
          <w:i/>
          <w:sz w:val="18"/>
          <w:szCs w:val="18"/>
        </w:rPr>
        <w:t xml:space="preserve">77 </w:t>
      </w:r>
      <w:r w:rsidRPr="003335DA">
        <w:rPr>
          <w:i/>
          <w:sz w:val="18"/>
          <w:szCs w:val="18"/>
        </w:rPr>
        <w:t>existing AXIS devices with current-generation, TLS 1.3-capable equipment</w:t>
      </w:r>
    </w:p>
    <w:p w14:paraId="63B178C4" w14:textId="77777777" w:rsidR="00540FC2" w:rsidRPr="003335DA" w:rsidRDefault="007477C1">
      <w:pPr>
        <w:pStyle w:val="Heading1"/>
        <w:rPr>
          <w:rFonts w:ascii="Aptos" w:hAnsi="Aptos"/>
          <w:sz w:val="18"/>
          <w:szCs w:val="18"/>
        </w:rPr>
      </w:pPr>
      <w:r w:rsidRPr="003335DA">
        <w:rPr>
          <w:rFonts w:ascii="Aptos" w:hAnsi="Aptos"/>
          <w:sz w:val="18"/>
          <w:szCs w:val="18"/>
        </w:rPr>
        <w:t>1. Project Overview</w:t>
      </w:r>
    </w:p>
    <w:p w14:paraId="2A72D6E3" w14:textId="19588E31" w:rsidR="00540FC2" w:rsidRPr="003335DA" w:rsidRDefault="007477C1">
      <w:pPr>
        <w:rPr>
          <w:sz w:val="18"/>
          <w:szCs w:val="18"/>
        </w:rPr>
      </w:pPr>
      <w:r w:rsidRPr="003335DA">
        <w:rPr>
          <w:sz w:val="18"/>
          <w:szCs w:val="18"/>
        </w:rPr>
        <w:t xml:space="preserve">The project consists of furnishing, removing, installing, configuring, testing, and commissioning </w:t>
      </w:r>
      <w:r w:rsidR="00674836" w:rsidRPr="003335DA">
        <w:rPr>
          <w:sz w:val="18"/>
          <w:szCs w:val="18"/>
        </w:rPr>
        <w:t>77</w:t>
      </w:r>
      <w:r w:rsidRPr="003335DA">
        <w:rPr>
          <w:sz w:val="18"/>
          <w:szCs w:val="18"/>
        </w:rPr>
        <w:t xml:space="preserve"> replacement AXIS network video devices identified in the supplied equipment lists. The objective is to replace the identified legacy cameras with current AXIS models while maintaining or improving intended coverage, form factor, operating environment, and security capabilities.</w:t>
      </w:r>
    </w:p>
    <w:p w14:paraId="12AA9A95" w14:textId="77777777" w:rsidR="00540FC2" w:rsidRPr="003335DA" w:rsidRDefault="007477C1">
      <w:pPr>
        <w:pStyle w:val="Heading1"/>
        <w:rPr>
          <w:rFonts w:ascii="Aptos" w:hAnsi="Aptos"/>
          <w:sz w:val="18"/>
          <w:szCs w:val="18"/>
        </w:rPr>
      </w:pPr>
      <w:r w:rsidRPr="003335DA">
        <w:rPr>
          <w:rFonts w:ascii="Aptos" w:hAnsi="Aptos"/>
          <w:sz w:val="18"/>
          <w:szCs w:val="18"/>
        </w:rPr>
        <w:t>2. Scope of Work</w:t>
      </w:r>
    </w:p>
    <w:p w14:paraId="35F910FC" w14:textId="77777777" w:rsidR="00540FC2" w:rsidRPr="003335DA" w:rsidRDefault="007477C1">
      <w:pPr>
        <w:pStyle w:val="ListBullet"/>
        <w:rPr>
          <w:sz w:val="18"/>
          <w:szCs w:val="18"/>
        </w:rPr>
      </w:pPr>
      <w:r w:rsidRPr="003335DA">
        <w:rPr>
          <w:sz w:val="18"/>
          <w:szCs w:val="18"/>
        </w:rPr>
        <w:t>Verify existing camera locations, mounting conditions, cable pathways, network connectivity, and PoE availability before replacement.</w:t>
      </w:r>
    </w:p>
    <w:p w14:paraId="2F0D58A2" w14:textId="1A02ECEE" w:rsidR="00540FC2" w:rsidRPr="003335DA" w:rsidRDefault="007477C1">
      <w:pPr>
        <w:pStyle w:val="ListBullet"/>
        <w:rPr>
          <w:sz w:val="18"/>
          <w:szCs w:val="18"/>
        </w:rPr>
      </w:pPr>
      <w:r w:rsidRPr="003335DA">
        <w:rPr>
          <w:sz w:val="18"/>
          <w:szCs w:val="18"/>
        </w:rPr>
        <w:t xml:space="preserve">Provide and install </w:t>
      </w:r>
      <w:r w:rsidR="00674836" w:rsidRPr="003335DA">
        <w:rPr>
          <w:sz w:val="18"/>
          <w:szCs w:val="18"/>
        </w:rPr>
        <w:t>77</w:t>
      </w:r>
      <w:r w:rsidRPr="003335DA">
        <w:rPr>
          <w:sz w:val="18"/>
          <w:szCs w:val="18"/>
        </w:rPr>
        <w:t xml:space="preserve"> replacement AXIS devices in accordance with the procurement schedule.</w:t>
      </w:r>
    </w:p>
    <w:p w14:paraId="2E0E0476" w14:textId="77777777" w:rsidR="00540FC2" w:rsidRPr="003335DA" w:rsidRDefault="007477C1">
      <w:pPr>
        <w:pStyle w:val="ListBullet"/>
        <w:rPr>
          <w:sz w:val="18"/>
          <w:szCs w:val="18"/>
        </w:rPr>
      </w:pPr>
      <w:r w:rsidRPr="003335DA">
        <w:rPr>
          <w:sz w:val="18"/>
          <w:szCs w:val="18"/>
        </w:rPr>
        <w:t xml:space="preserve">Remove the identified legacy devices and </w:t>
      </w:r>
      <w:proofErr w:type="gramStart"/>
      <w:r w:rsidRPr="003335DA">
        <w:rPr>
          <w:sz w:val="18"/>
          <w:szCs w:val="18"/>
        </w:rPr>
        <w:t>associated replacement</w:t>
      </w:r>
      <w:proofErr w:type="gramEnd"/>
      <w:r w:rsidRPr="003335DA">
        <w:rPr>
          <w:sz w:val="18"/>
          <w:szCs w:val="18"/>
        </w:rPr>
        <w:t xml:space="preserve"> hardware while protecting suitable existing infrastructure.</w:t>
      </w:r>
    </w:p>
    <w:p w14:paraId="6ACDF2E3" w14:textId="1047E8A4" w:rsidR="00540FC2" w:rsidRPr="003335DA" w:rsidRDefault="007477C1">
      <w:pPr>
        <w:pStyle w:val="ListBullet"/>
        <w:rPr>
          <w:sz w:val="18"/>
          <w:szCs w:val="18"/>
        </w:rPr>
      </w:pPr>
      <w:r w:rsidRPr="003335DA">
        <w:rPr>
          <w:sz w:val="18"/>
          <w:szCs w:val="18"/>
        </w:rPr>
        <w:t>Install replacement devices using existing mounting locations and pathways where compatible; provide required mounting adapters and installation accessories.</w:t>
      </w:r>
      <w:r w:rsidR="00830DA5" w:rsidRPr="003335DA">
        <w:rPr>
          <w:sz w:val="18"/>
          <w:szCs w:val="18"/>
        </w:rPr>
        <w:t xml:space="preserve"> If current mounts can be reused, then reuse them. </w:t>
      </w:r>
    </w:p>
    <w:p w14:paraId="79EBEE5D" w14:textId="77777777" w:rsidR="00540FC2" w:rsidRPr="003335DA" w:rsidRDefault="007477C1">
      <w:pPr>
        <w:pStyle w:val="ListBullet"/>
        <w:rPr>
          <w:sz w:val="18"/>
          <w:szCs w:val="18"/>
        </w:rPr>
      </w:pPr>
      <w:r w:rsidRPr="003335DA">
        <w:rPr>
          <w:sz w:val="18"/>
          <w:szCs w:val="18"/>
        </w:rPr>
        <w:t>Connect each replacement device to the existing IP video/security network and applicable VMS/management platform.</w:t>
      </w:r>
    </w:p>
    <w:p w14:paraId="6B246862" w14:textId="77777777" w:rsidR="00540FC2" w:rsidRPr="003335DA" w:rsidRDefault="007477C1">
      <w:pPr>
        <w:pStyle w:val="ListBullet"/>
        <w:rPr>
          <w:sz w:val="18"/>
          <w:szCs w:val="18"/>
        </w:rPr>
      </w:pPr>
      <w:r w:rsidRPr="003335DA">
        <w:rPr>
          <w:sz w:val="18"/>
          <w:szCs w:val="18"/>
        </w:rPr>
        <w:t>Apply approved device naming, IP addressing, credentials, time/NTP settings, firmware/AXIS OS settings, and site-standard configuration parameters supplied by the Owner.</w:t>
      </w:r>
    </w:p>
    <w:p w14:paraId="6EC56884" w14:textId="77777777" w:rsidR="00540FC2" w:rsidRPr="003335DA" w:rsidRDefault="007477C1">
      <w:pPr>
        <w:pStyle w:val="ListBullet"/>
        <w:rPr>
          <w:sz w:val="18"/>
          <w:szCs w:val="18"/>
        </w:rPr>
      </w:pPr>
      <w:r w:rsidRPr="003335DA">
        <w:rPr>
          <w:sz w:val="18"/>
          <w:szCs w:val="18"/>
        </w:rPr>
        <w:t>Enable and validate HTTPS/TLS 1.3 capability and apply the Owner's approved cybersecurity configuration baseline.</w:t>
      </w:r>
    </w:p>
    <w:p w14:paraId="264785F8" w14:textId="77777777" w:rsidR="00540FC2" w:rsidRPr="003335DA" w:rsidRDefault="007477C1">
      <w:pPr>
        <w:pStyle w:val="ListBullet"/>
        <w:rPr>
          <w:sz w:val="18"/>
          <w:szCs w:val="18"/>
        </w:rPr>
      </w:pPr>
      <w:r w:rsidRPr="003335DA">
        <w:rPr>
          <w:sz w:val="18"/>
          <w:szCs w:val="18"/>
        </w:rPr>
        <w:t>Configure image settings, field of view, focus/zoom where applicable, IR settings, and applicable analytics to match intended coverage.</w:t>
      </w:r>
    </w:p>
    <w:p w14:paraId="20EB31DE" w14:textId="77777777" w:rsidR="00540FC2" w:rsidRPr="003335DA" w:rsidRDefault="007477C1">
      <w:pPr>
        <w:pStyle w:val="ListBullet"/>
        <w:rPr>
          <w:sz w:val="18"/>
          <w:szCs w:val="18"/>
        </w:rPr>
      </w:pPr>
      <w:r w:rsidRPr="003335DA">
        <w:rPr>
          <w:sz w:val="18"/>
          <w:szCs w:val="18"/>
        </w:rPr>
        <w:t>Configure panoramic, multidirectional, PTZ, and intercom functions where applicable.</w:t>
      </w:r>
    </w:p>
    <w:p w14:paraId="79E4E304" w14:textId="77777777" w:rsidR="00540FC2" w:rsidRPr="003335DA" w:rsidRDefault="007477C1">
      <w:pPr>
        <w:pStyle w:val="ListBullet"/>
        <w:rPr>
          <w:sz w:val="18"/>
          <w:szCs w:val="18"/>
        </w:rPr>
      </w:pPr>
      <w:r w:rsidRPr="003335DA">
        <w:rPr>
          <w:sz w:val="18"/>
          <w:szCs w:val="18"/>
        </w:rPr>
        <w:t>Perform functional testing of video, power, network communications, recording, live view, image quality, camera controls, and applicable events.</w:t>
      </w:r>
    </w:p>
    <w:p w14:paraId="5CE61AB2" w14:textId="77777777" w:rsidR="00540FC2" w:rsidRPr="003335DA" w:rsidRDefault="007477C1">
      <w:pPr>
        <w:pStyle w:val="ListBullet"/>
        <w:rPr>
          <w:sz w:val="18"/>
          <w:szCs w:val="18"/>
        </w:rPr>
      </w:pPr>
      <w:r w:rsidRPr="003335DA">
        <w:rPr>
          <w:sz w:val="18"/>
          <w:szCs w:val="18"/>
        </w:rPr>
        <w:t>Confirm each installed device is visible and operational in the designated VMS/recording platform.</w:t>
      </w:r>
    </w:p>
    <w:p w14:paraId="029AFD74" w14:textId="77777777" w:rsidR="00540FC2" w:rsidRPr="003335DA" w:rsidRDefault="007477C1">
      <w:pPr>
        <w:pStyle w:val="ListBullet"/>
        <w:rPr>
          <w:sz w:val="18"/>
          <w:szCs w:val="18"/>
        </w:rPr>
      </w:pPr>
      <w:r w:rsidRPr="003335DA">
        <w:rPr>
          <w:sz w:val="18"/>
          <w:szCs w:val="18"/>
        </w:rPr>
        <w:t>Label installed devices and document final location, model, serial number, IP address, and configuration information.</w:t>
      </w:r>
    </w:p>
    <w:p w14:paraId="0EF9F601" w14:textId="77777777" w:rsidR="00540FC2" w:rsidRPr="003335DA" w:rsidRDefault="007477C1">
      <w:pPr>
        <w:pStyle w:val="ListBullet"/>
        <w:rPr>
          <w:sz w:val="18"/>
          <w:szCs w:val="18"/>
        </w:rPr>
      </w:pPr>
      <w:r w:rsidRPr="003335DA">
        <w:rPr>
          <w:sz w:val="18"/>
          <w:szCs w:val="18"/>
        </w:rPr>
        <w:t>Remove replaced equipment from the work area and dispose of or return it per Owner direction.</w:t>
      </w:r>
    </w:p>
    <w:p w14:paraId="265F33F2" w14:textId="77777777" w:rsidR="00540FC2" w:rsidRDefault="007477C1">
      <w:pPr>
        <w:pStyle w:val="Heading1"/>
      </w:pPr>
      <w:r>
        <w:t>3. Equipment Replacement Schedule</w:t>
      </w:r>
    </w:p>
    <w:p w14:paraId="2D58A282" w14:textId="77777777" w:rsidR="00540FC2" w:rsidRDefault="007477C1">
      <w:r>
        <w:t xml:space="preserve">The following schedule is based on the supplied </w:t>
      </w:r>
      <w:proofErr w:type="gramStart"/>
      <w:r>
        <w:t>existing-camera</w:t>
      </w:r>
      <w:proofErr w:type="gramEnd"/>
      <w:r>
        <w:t xml:space="preserve"> inventory and replacement mapping. Quantities total 106 devices.</w:t>
      </w:r>
    </w:p>
    <w:tbl>
      <w:tblPr>
        <w:tblStyle w:val="TableGrid"/>
        <w:tblW w:w="0" w:type="auto"/>
        <w:jc w:val="center"/>
        <w:tblLook w:val="04A0" w:firstRow="1" w:lastRow="0" w:firstColumn="1" w:lastColumn="0" w:noHBand="0" w:noVBand="1"/>
      </w:tblPr>
      <w:tblGrid>
        <w:gridCol w:w="1277"/>
        <w:gridCol w:w="1276"/>
        <w:gridCol w:w="1277"/>
        <w:gridCol w:w="1276"/>
        <w:gridCol w:w="1277"/>
        <w:gridCol w:w="1278"/>
        <w:gridCol w:w="1277"/>
        <w:gridCol w:w="1276"/>
      </w:tblGrid>
      <w:tr w:rsidR="00540FC2" w14:paraId="65234005" w14:textId="77777777" w:rsidTr="00897F90">
        <w:trPr>
          <w:tblHeader/>
          <w:jc w:val="center"/>
        </w:trPr>
        <w:tc>
          <w:tcPr>
            <w:tcW w:w="1277" w:type="dxa"/>
            <w:vAlign w:val="center"/>
          </w:tcPr>
          <w:p w14:paraId="3C5F15AA" w14:textId="77777777" w:rsidR="00540FC2" w:rsidRDefault="007477C1">
            <w:r>
              <w:rPr>
                <w:sz w:val="14"/>
              </w:rPr>
              <w:t>Existing Model</w:t>
            </w:r>
          </w:p>
        </w:tc>
        <w:tc>
          <w:tcPr>
            <w:tcW w:w="1276" w:type="dxa"/>
            <w:vAlign w:val="center"/>
          </w:tcPr>
          <w:p w14:paraId="26CEFCB1" w14:textId="77777777" w:rsidR="00540FC2" w:rsidRPr="00FE490B" w:rsidRDefault="007477C1">
            <w:pPr>
              <w:rPr>
                <w:sz w:val="16"/>
                <w:szCs w:val="16"/>
              </w:rPr>
            </w:pPr>
            <w:r w:rsidRPr="00FE490B">
              <w:rPr>
                <w:sz w:val="16"/>
                <w:szCs w:val="16"/>
              </w:rPr>
              <w:t>Qty</w:t>
            </w:r>
          </w:p>
        </w:tc>
        <w:tc>
          <w:tcPr>
            <w:tcW w:w="1277" w:type="dxa"/>
            <w:vAlign w:val="center"/>
          </w:tcPr>
          <w:p w14:paraId="6DC0D549" w14:textId="77777777" w:rsidR="00540FC2" w:rsidRDefault="007477C1">
            <w:r>
              <w:rPr>
                <w:sz w:val="14"/>
              </w:rPr>
              <w:t>Replacement Model</w:t>
            </w:r>
          </w:p>
        </w:tc>
        <w:tc>
          <w:tcPr>
            <w:tcW w:w="1276" w:type="dxa"/>
            <w:vAlign w:val="center"/>
          </w:tcPr>
          <w:p w14:paraId="19C33A32" w14:textId="77777777" w:rsidR="00540FC2" w:rsidRDefault="007477C1">
            <w:r>
              <w:rPr>
                <w:sz w:val="14"/>
              </w:rPr>
              <w:t>US Part No.</w:t>
            </w:r>
          </w:p>
        </w:tc>
        <w:tc>
          <w:tcPr>
            <w:tcW w:w="1277" w:type="dxa"/>
            <w:vAlign w:val="center"/>
          </w:tcPr>
          <w:p w14:paraId="719C608F" w14:textId="77777777" w:rsidR="00540FC2" w:rsidRDefault="007477C1">
            <w:r>
              <w:rPr>
                <w:sz w:val="14"/>
              </w:rPr>
              <w:t>Resolution</w:t>
            </w:r>
          </w:p>
        </w:tc>
        <w:tc>
          <w:tcPr>
            <w:tcW w:w="1278" w:type="dxa"/>
            <w:vAlign w:val="center"/>
          </w:tcPr>
          <w:p w14:paraId="17314A55" w14:textId="77777777" w:rsidR="00540FC2" w:rsidRDefault="007477C1">
            <w:r>
              <w:rPr>
                <w:sz w:val="14"/>
              </w:rPr>
              <w:t>Form Factor</w:t>
            </w:r>
          </w:p>
        </w:tc>
        <w:tc>
          <w:tcPr>
            <w:tcW w:w="1277" w:type="dxa"/>
            <w:vAlign w:val="center"/>
          </w:tcPr>
          <w:p w14:paraId="58FD666F" w14:textId="77777777" w:rsidR="00540FC2" w:rsidRDefault="007477C1">
            <w:r>
              <w:rPr>
                <w:sz w:val="14"/>
              </w:rPr>
              <w:t>Environment</w:t>
            </w:r>
          </w:p>
        </w:tc>
        <w:tc>
          <w:tcPr>
            <w:tcW w:w="1276" w:type="dxa"/>
            <w:vAlign w:val="center"/>
          </w:tcPr>
          <w:p w14:paraId="0C4F9C13" w14:textId="77777777" w:rsidR="00540FC2" w:rsidRDefault="007477C1">
            <w:r>
              <w:rPr>
                <w:sz w:val="14"/>
              </w:rPr>
              <w:t>IR</w:t>
            </w:r>
          </w:p>
        </w:tc>
      </w:tr>
      <w:tr w:rsidR="00540FC2" w14:paraId="1148EC89" w14:textId="77777777" w:rsidTr="00897F90">
        <w:trPr>
          <w:trHeight w:val="431"/>
          <w:jc w:val="center"/>
        </w:trPr>
        <w:tc>
          <w:tcPr>
            <w:tcW w:w="1277" w:type="dxa"/>
            <w:vAlign w:val="center"/>
          </w:tcPr>
          <w:p w14:paraId="145BE5B9" w14:textId="77777777" w:rsidR="00540FC2" w:rsidRDefault="007477C1">
            <w:r>
              <w:rPr>
                <w:sz w:val="14"/>
              </w:rPr>
              <w:t>AXIS M3203</w:t>
            </w:r>
          </w:p>
        </w:tc>
        <w:tc>
          <w:tcPr>
            <w:tcW w:w="1276" w:type="dxa"/>
            <w:vAlign w:val="center"/>
          </w:tcPr>
          <w:p w14:paraId="24889EE2" w14:textId="4DB210AA" w:rsidR="00540FC2" w:rsidRPr="00FE490B" w:rsidRDefault="00534092">
            <w:pPr>
              <w:rPr>
                <w:sz w:val="16"/>
                <w:szCs w:val="16"/>
              </w:rPr>
            </w:pPr>
            <w:r w:rsidRPr="00FE490B">
              <w:rPr>
                <w:sz w:val="16"/>
                <w:szCs w:val="16"/>
              </w:rPr>
              <w:t>15</w:t>
            </w:r>
          </w:p>
        </w:tc>
        <w:tc>
          <w:tcPr>
            <w:tcW w:w="1277" w:type="dxa"/>
            <w:vAlign w:val="center"/>
          </w:tcPr>
          <w:p w14:paraId="2844122E" w14:textId="77777777" w:rsidR="00540FC2" w:rsidRDefault="007477C1">
            <w:r>
              <w:rPr>
                <w:sz w:val="14"/>
              </w:rPr>
              <w:t>AXIS P3275-V</w:t>
            </w:r>
          </w:p>
        </w:tc>
        <w:tc>
          <w:tcPr>
            <w:tcW w:w="1276" w:type="dxa"/>
            <w:vAlign w:val="center"/>
          </w:tcPr>
          <w:p w14:paraId="567A2C87" w14:textId="77777777" w:rsidR="00540FC2" w:rsidRDefault="007477C1">
            <w:r>
              <w:rPr>
                <w:sz w:val="14"/>
              </w:rPr>
              <w:t>03501-001</w:t>
            </w:r>
          </w:p>
        </w:tc>
        <w:tc>
          <w:tcPr>
            <w:tcW w:w="1277" w:type="dxa"/>
            <w:vAlign w:val="center"/>
          </w:tcPr>
          <w:p w14:paraId="280B0B44" w14:textId="77777777" w:rsidR="00540FC2" w:rsidRDefault="007477C1">
            <w:r>
              <w:rPr>
                <w:sz w:val="14"/>
              </w:rPr>
              <w:t>1920x1080 (2 MP)</w:t>
            </w:r>
          </w:p>
        </w:tc>
        <w:tc>
          <w:tcPr>
            <w:tcW w:w="1278" w:type="dxa"/>
            <w:vAlign w:val="center"/>
          </w:tcPr>
          <w:p w14:paraId="4ABBE979" w14:textId="77777777" w:rsidR="00540FC2" w:rsidRDefault="007477C1">
            <w:r>
              <w:rPr>
                <w:sz w:val="14"/>
              </w:rPr>
              <w:t>Fixed dome</w:t>
            </w:r>
          </w:p>
        </w:tc>
        <w:tc>
          <w:tcPr>
            <w:tcW w:w="1277" w:type="dxa"/>
            <w:vAlign w:val="center"/>
          </w:tcPr>
          <w:p w14:paraId="25F8A285" w14:textId="77777777" w:rsidR="00540FC2" w:rsidRDefault="007477C1">
            <w:r>
              <w:rPr>
                <w:sz w:val="14"/>
              </w:rPr>
              <w:t>Indoor</w:t>
            </w:r>
          </w:p>
        </w:tc>
        <w:tc>
          <w:tcPr>
            <w:tcW w:w="1276" w:type="dxa"/>
            <w:vAlign w:val="center"/>
          </w:tcPr>
          <w:p w14:paraId="4E7FA0CE" w14:textId="77777777" w:rsidR="00540FC2" w:rsidRDefault="007477C1">
            <w:r>
              <w:rPr>
                <w:sz w:val="14"/>
              </w:rPr>
              <w:t>No</w:t>
            </w:r>
          </w:p>
        </w:tc>
      </w:tr>
      <w:tr w:rsidR="00540FC2" w14:paraId="55C44F6B" w14:textId="77777777" w:rsidTr="00897F90">
        <w:trPr>
          <w:jc w:val="center"/>
        </w:trPr>
        <w:tc>
          <w:tcPr>
            <w:tcW w:w="1277" w:type="dxa"/>
            <w:vAlign w:val="center"/>
          </w:tcPr>
          <w:p w14:paraId="35A6F440" w14:textId="77777777" w:rsidR="00540FC2" w:rsidRDefault="007477C1">
            <w:r>
              <w:rPr>
                <w:sz w:val="14"/>
              </w:rPr>
              <w:t>AXIS M3047-P</w:t>
            </w:r>
          </w:p>
        </w:tc>
        <w:tc>
          <w:tcPr>
            <w:tcW w:w="1276" w:type="dxa"/>
            <w:vAlign w:val="center"/>
          </w:tcPr>
          <w:p w14:paraId="60F502BB" w14:textId="502BD2E2" w:rsidR="00540FC2" w:rsidRPr="00FE490B" w:rsidRDefault="0086704C">
            <w:pPr>
              <w:rPr>
                <w:sz w:val="16"/>
                <w:szCs w:val="16"/>
              </w:rPr>
            </w:pPr>
            <w:r w:rsidRPr="00FE490B">
              <w:rPr>
                <w:sz w:val="16"/>
                <w:szCs w:val="16"/>
              </w:rPr>
              <w:t>3</w:t>
            </w:r>
            <w:r w:rsidR="00A97AF6" w:rsidRPr="00FE490B">
              <w:rPr>
                <w:sz w:val="16"/>
                <w:szCs w:val="16"/>
              </w:rPr>
              <w:t>3</w:t>
            </w:r>
          </w:p>
        </w:tc>
        <w:tc>
          <w:tcPr>
            <w:tcW w:w="1277" w:type="dxa"/>
            <w:vAlign w:val="center"/>
          </w:tcPr>
          <w:p w14:paraId="3276A4B7" w14:textId="77777777" w:rsidR="00540FC2" w:rsidRDefault="007477C1">
            <w:r>
              <w:rPr>
                <w:sz w:val="14"/>
              </w:rPr>
              <w:t>AXIS M4327-P</w:t>
            </w:r>
          </w:p>
        </w:tc>
        <w:tc>
          <w:tcPr>
            <w:tcW w:w="1276" w:type="dxa"/>
            <w:vAlign w:val="center"/>
          </w:tcPr>
          <w:p w14:paraId="0C99BFB9" w14:textId="77777777" w:rsidR="00540FC2" w:rsidRDefault="007477C1">
            <w:r>
              <w:rPr>
                <w:sz w:val="14"/>
              </w:rPr>
              <w:t>02636-004</w:t>
            </w:r>
          </w:p>
        </w:tc>
        <w:tc>
          <w:tcPr>
            <w:tcW w:w="1277" w:type="dxa"/>
            <w:vAlign w:val="center"/>
          </w:tcPr>
          <w:p w14:paraId="015CDB60" w14:textId="77777777" w:rsidR="00540FC2" w:rsidRDefault="007477C1">
            <w:r>
              <w:rPr>
                <w:sz w:val="14"/>
              </w:rPr>
              <w:t>2160x2160 (4.7 MP)</w:t>
            </w:r>
          </w:p>
        </w:tc>
        <w:tc>
          <w:tcPr>
            <w:tcW w:w="1278" w:type="dxa"/>
            <w:vAlign w:val="center"/>
          </w:tcPr>
          <w:p w14:paraId="6258AA12" w14:textId="77777777" w:rsidR="00540FC2" w:rsidRDefault="007477C1">
            <w:r>
              <w:rPr>
                <w:sz w:val="14"/>
              </w:rPr>
              <w:t>Panoramic / digital PTZ</w:t>
            </w:r>
          </w:p>
        </w:tc>
        <w:tc>
          <w:tcPr>
            <w:tcW w:w="1277" w:type="dxa"/>
            <w:vAlign w:val="center"/>
          </w:tcPr>
          <w:p w14:paraId="7E815738" w14:textId="77777777" w:rsidR="00540FC2" w:rsidRDefault="007477C1">
            <w:r>
              <w:rPr>
                <w:sz w:val="14"/>
              </w:rPr>
              <w:t>Indoor</w:t>
            </w:r>
          </w:p>
        </w:tc>
        <w:tc>
          <w:tcPr>
            <w:tcW w:w="1276" w:type="dxa"/>
            <w:vAlign w:val="center"/>
          </w:tcPr>
          <w:p w14:paraId="42FBED1D" w14:textId="77777777" w:rsidR="00540FC2" w:rsidRDefault="007477C1">
            <w:r>
              <w:rPr>
                <w:sz w:val="14"/>
              </w:rPr>
              <w:t>No</w:t>
            </w:r>
          </w:p>
        </w:tc>
      </w:tr>
      <w:tr w:rsidR="00540FC2" w14:paraId="6201CA09" w14:textId="77777777" w:rsidTr="00897F90">
        <w:trPr>
          <w:jc w:val="center"/>
        </w:trPr>
        <w:tc>
          <w:tcPr>
            <w:tcW w:w="1277" w:type="dxa"/>
            <w:vAlign w:val="center"/>
          </w:tcPr>
          <w:p w14:paraId="6727AC90" w14:textId="77777777" w:rsidR="00540FC2" w:rsidRDefault="007477C1">
            <w:r>
              <w:rPr>
                <w:sz w:val="14"/>
              </w:rPr>
              <w:t>AXIS M3007</w:t>
            </w:r>
          </w:p>
        </w:tc>
        <w:tc>
          <w:tcPr>
            <w:tcW w:w="1276" w:type="dxa"/>
            <w:vAlign w:val="center"/>
          </w:tcPr>
          <w:p w14:paraId="7813F157" w14:textId="10F91880" w:rsidR="00540FC2" w:rsidRPr="00FE490B" w:rsidRDefault="0086704C">
            <w:pPr>
              <w:rPr>
                <w:sz w:val="16"/>
                <w:szCs w:val="16"/>
              </w:rPr>
            </w:pPr>
            <w:r w:rsidRPr="00FE490B">
              <w:rPr>
                <w:sz w:val="16"/>
                <w:szCs w:val="16"/>
              </w:rPr>
              <w:t>1</w:t>
            </w:r>
          </w:p>
        </w:tc>
        <w:tc>
          <w:tcPr>
            <w:tcW w:w="1277" w:type="dxa"/>
            <w:vAlign w:val="center"/>
          </w:tcPr>
          <w:p w14:paraId="301E9F6D" w14:textId="77777777" w:rsidR="00540FC2" w:rsidRDefault="007477C1">
            <w:r>
              <w:rPr>
                <w:sz w:val="14"/>
              </w:rPr>
              <w:t>AXIS M4327-P</w:t>
            </w:r>
          </w:p>
        </w:tc>
        <w:tc>
          <w:tcPr>
            <w:tcW w:w="1276" w:type="dxa"/>
            <w:vAlign w:val="center"/>
          </w:tcPr>
          <w:p w14:paraId="21D6E627" w14:textId="77777777" w:rsidR="00540FC2" w:rsidRDefault="007477C1">
            <w:r>
              <w:rPr>
                <w:sz w:val="14"/>
              </w:rPr>
              <w:t>02636-004</w:t>
            </w:r>
          </w:p>
        </w:tc>
        <w:tc>
          <w:tcPr>
            <w:tcW w:w="1277" w:type="dxa"/>
            <w:vAlign w:val="center"/>
          </w:tcPr>
          <w:p w14:paraId="4C481991" w14:textId="77777777" w:rsidR="00540FC2" w:rsidRDefault="007477C1">
            <w:r>
              <w:rPr>
                <w:sz w:val="14"/>
              </w:rPr>
              <w:t>2160x2160 (4.7 MP)</w:t>
            </w:r>
          </w:p>
        </w:tc>
        <w:tc>
          <w:tcPr>
            <w:tcW w:w="1278" w:type="dxa"/>
            <w:vAlign w:val="center"/>
          </w:tcPr>
          <w:p w14:paraId="0509C0BF" w14:textId="77777777" w:rsidR="00540FC2" w:rsidRDefault="007477C1">
            <w:r>
              <w:rPr>
                <w:sz w:val="14"/>
              </w:rPr>
              <w:t>Panoramic / digital PTZ</w:t>
            </w:r>
          </w:p>
        </w:tc>
        <w:tc>
          <w:tcPr>
            <w:tcW w:w="1277" w:type="dxa"/>
            <w:vAlign w:val="center"/>
          </w:tcPr>
          <w:p w14:paraId="62341688" w14:textId="77777777" w:rsidR="00540FC2" w:rsidRDefault="007477C1">
            <w:r>
              <w:rPr>
                <w:sz w:val="14"/>
              </w:rPr>
              <w:t>Indoor</w:t>
            </w:r>
          </w:p>
        </w:tc>
        <w:tc>
          <w:tcPr>
            <w:tcW w:w="1276" w:type="dxa"/>
            <w:vAlign w:val="center"/>
          </w:tcPr>
          <w:p w14:paraId="035153A0" w14:textId="77777777" w:rsidR="00540FC2" w:rsidRDefault="007477C1">
            <w:r>
              <w:rPr>
                <w:sz w:val="14"/>
              </w:rPr>
              <w:t>No</w:t>
            </w:r>
          </w:p>
        </w:tc>
      </w:tr>
      <w:tr w:rsidR="00540FC2" w14:paraId="3E2E1489" w14:textId="77777777" w:rsidTr="00897F90">
        <w:trPr>
          <w:jc w:val="center"/>
        </w:trPr>
        <w:tc>
          <w:tcPr>
            <w:tcW w:w="1277" w:type="dxa"/>
            <w:vAlign w:val="center"/>
          </w:tcPr>
          <w:p w14:paraId="79B09BDA" w14:textId="77777777" w:rsidR="00540FC2" w:rsidRDefault="007477C1">
            <w:r>
              <w:rPr>
                <w:sz w:val="14"/>
              </w:rPr>
              <w:t>AXIS Q3505 Mk II</w:t>
            </w:r>
          </w:p>
        </w:tc>
        <w:tc>
          <w:tcPr>
            <w:tcW w:w="1276" w:type="dxa"/>
            <w:vAlign w:val="center"/>
          </w:tcPr>
          <w:p w14:paraId="0757F036" w14:textId="1BA02875" w:rsidR="005A6C55" w:rsidRPr="00FE490B" w:rsidRDefault="005A6C55" w:rsidP="00FC060E">
            <w:pPr>
              <w:rPr>
                <w:sz w:val="16"/>
                <w:szCs w:val="16"/>
              </w:rPr>
            </w:pPr>
            <w:r w:rsidRPr="00FE490B">
              <w:rPr>
                <w:sz w:val="16"/>
                <w:szCs w:val="16"/>
              </w:rPr>
              <w:t>6</w:t>
            </w:r>
          </w:p>
        </w:tc>
        <w:tc>
          <w:tcPr>
            <w:tcW w:w="1277" w:type="dxa"/>
            <w:vAlign w:val="center"/>
          </w:tcPr>
          <w:p w14:paraId="53A6FE64" w14:textId="77777777" w:rsidR="00540FC2" w:rsidRDefault="007477C1">
            <w:r>
              <w:rPr>
                <w:sz w:val="14"/>
              </w:rPr>
              <w:t>AXIS Q3546-LVE 10 mm</w:t>
            </w:r>
          </w:p>
        </w:tc>
        <w:tc>
          <w:tcPr>
            <w:tcW w:w="1276" w:type="dxa"/>
            <w:vAlign w:val="center"/>
          </w:tcPr>
          <w:p w14:paraId="487A13B3" w14:textId="77777777" w:rsidR="00540FC2" w:rsidRDefault="007477C1">
            <w:r>
              <w:rPr>
                <w:sz w:val="14"/>
              </w:rPr>
              <w:t>02971-001</w:t>
            </w:r>
          </w:p>
        </w:tc>
        <w:tc>
          <w:tcPr>
            <w:tcW w:w="1277" w:type="dxa"/>
            <w:vAlign w:val="center"/>
          </w:tcPr>
          <w:p w14:paraId="0E529DE9" w14:textId="77777777" w:rsidR="00540FC2" w:rsidRDefault="007477C1">
            <w:r>
              <w:rPr>
                <w:sz w:val="14"/>
              </w:rPr>
              <w:t>2688x1512 (4 MP)</w:t>
            </w:r>
          </w:p>
        </w:tc>
        <w:tc>
          <w:tcPr>
            <w:tcW w:w="1278" w:type="dxa"/>
            <w:vAlign w:val="center"/>
          </w:tcPr>
          <w:p w14:paraId="1280ABFE" w14:textId="77777777" w:rsidR="00540FC2" w:rsidRDefault="007477C1">
            <w:r>
              <w:rPr>
                <w:sz w:val="14"/>
              </w:rPr>
              <w:t>Fixed dome</w:t>
            </w:r>
          </w:p>
        </w:tc>
        <w:tc>
          <w:tcPr>
            <w:tcW w:w="1277" w:type="dxa"/>
            <w:vAlign w:val="center"/>
          </w:tcPr>
          <w:p w14:paraId="6D52F986" w14:textId="77777777" w:rsidR="00540FC2" w:rsidRDefault="007477C1">
            <w:r>
              <w:rPr>
                <w:sz w:val="14"/>
              </w:rPr>
              <w:t>Outdoor</w:t>
            </w:r>
          </w:p>
        </w:tc>
        <w:tc>
          <w:tcPr>
            <w:tcW w:w="1276" w:type="dxa"/>
            <w:vAlign w:val="center"/>
          </w:tcPr>
          <w:p w14:paraId="233B8A1C" w14:textId="77777777" w:rsidR="00540FC2" w:rsidRDefault="007477C1">
            <w:r>
              <w:rPr>
                <w:sz w:val="14"/>
              </w:rPr>
              <w:t>Yes</w:t>
            </w:r>
          </w:p>
        </w:tc>
      </w:tr>
      <w:tr w:rsidR="00540FC2" w14:paraId="7D720293" w14:textId="77777777" w:rsidTr="00897F90">
        <w:trPr>
          <w:jc w:val="center"/>
        </w:trPr>
        <w:tc>
          <w:tcPr>
            <w:tcW w:w="1277" w:type="dxa"/>
            <w:vAlign w:val="center"/>
          </w:tcPr>
          <w:p w14:paraId="08D6A6BC" w14:textId="77777777" w:rsidR="00540FC2" w:rsidRDefault="007477C1">
            <w:r>
              <w:rPr>
                <w:sz w:val="14"/>
              </w:rPr>
              <w:t>AXIS P3225-LVE Mk II</w:t>
            </w:r>
          </w:p>
        </w:tc>
        <w:tc>
          <w:tcPr>
            <w:tcW w:w="1276" w:type="dxa"/>
            <w:vAlign w:val="center"/>
          </w:tcPr>
          <w:p w14:paraId="2DC74168" w14:textId="26A79798" w:rsidR="00540FC2" w:rsidRPr="00FE490B" w:rsidRDefault="00053543">
            <w:pPr>
              <w:rPr>
                <w:sz w:val="16"/>
                <w:szCs w:val="16"/>
              </w:rPr>
            </w:pPr>
            <w:r w:rsidRPr="00FE490B">
              <w:rPr>
                <w:sz w:val="16"/>
                <w:szCs w:val="16"/>
              </w:rPr>
              <w:t>5</w:t>
            </w:r>
          </w:p>
        </w:tc>
        <w:tc>
          <w:tcPr>
            <w:tcW w:w="1277" w:type="dxa"/>
            <w:vAlign w:val="center"/>
          </w:tcPr>
          <w:p w14:paraId="5024F4B8" w14:textId="77777777" w:rsidR="00540FC2" w:rsidRDefault="007477C1">
            <w:r>
              <w:rPr>
                <w:sz w:val="14"/>
              </w:rPr>
              <w:t>AXIS P3275-LVE 10 mm</w:t>
            </w:r>
          </w:p>
        </w:tc>
        <w:tc>
          <w:tcPr>
            <w:tcW w:w="1276" w:type="dxa"/>
            <w:vAlign w:val="center"/>
          </w:tcPr>
          <w:p w14:paraId="34CD0AB1" w14:textId="77777777" w:rsidR="00540FC2" w:rsidRDefault="007477C1">
            <w:r>
              <w:rPr>
                <w:sz w:val="14"/>
              </w:rPr>
              <w:t>03150-001</w:t>
            </w:r>
          </w:p>
        </w:tc>
        <w:tc>
          <w:tcPr>
            <w:tcW w:w="1277" w:type="dxa"/>
            <w:vAlign w:val="center"/>
          </w:tcPr>
          <w:p w14:paraId="391FE598" w14:textId="77777777" w:rsidR="00540FC2" w:rsidRDefault="007477C1">
            <w:r>
              <w:rPr>
                <w:sz w:val="14"/>
              </w:rPr>
              <w:t>1920x1080 (2 MP)</w:t>
            </w:r>
          </w:p>
        </w:tc>
        <w:tc>
          <w:tcPr>
            <w:tcW w:w="1278" w:type="dxa"/>
            <w:vAlign w:val="center"/>
          </w:tcPr>
          <w:p w14:paraId="17B7C207" w14:textId="77777777" w:rsidR="00540FC2" w:rsidRDefault="007477C1">
            <w:r>
              <w:rPr>
                <w:sz w:val="14"/>
              </w:rPr>
              <w:t>Fixed dome</w:t>
            </w:r>
          </w:p>
        </w:tc>
        <w:tc>
          <w:tcPr>
            <w:tcW w:w="1277" w:type="dxa"/>
            <w:vAlign w:val="center"/>
          </w:tcPr>
          <w:p w14:paraId="7F9B36CB" w14:textId="77777777" w:rsidR="00540FC2" w:rsidRDefault="007477C1">
            <w:r>
              <w:rPr>
                <w:sz w:val="14"/>
              </w:rPr>
              <w:t>Outdoor</w:t>
            </w:r>
          </w:p>
        </w:tc>
        <w:tc>
          <w:tcPr>
            <w:tcW w:w="1276" w:type="dxa"/>
            <w:vAlign w:val="center"/>
          </w:tcPr>
          <w:p w14:paraId="0092090E" w14:textId="77777777" w:rsidR="00540FC2" w:rsidRDefault="007477C1">
            <w:r>
              <w:rPr>
                <w:sz w:val="14"/>
              </w:rPr>
              <w:t>Yes</w:t>
            </w:r>
          </w:p>
        </w:tc>
      </w:tr>
      <w:tr w:rsidR="00540FC2" w14:paraId="4A24AF10" w14:textId="77777777" w:rsidTr="00897F90">
        <w:trPr>
          <w:jc w:val="center"/>
        </w:trPr>
        <w:tc>
          <w:tcPr>
            <w:tcW w:w="1277" w:type="dxa"/>
            <w:vAlign w:val="center"/>
          </w:tcPr>
          <w:p w14:paraId="19D9ACDA" w14:textId="77777777" w:rsidR="00540FC2" w:rsidRDefault="007477C1">
            <w:r>
              <w:rPr>
                <w:sz w:val="14"/>
              </w:rPr>
              <w:t>AXIS M3114</w:t>
            </w:r>
          </w:p>
        </w:tc>
        <w:tc>
          <w:tcPr>
            <w:tcW w:w="1276" w:type="dxa"/>
            <w:vAlign w:val="center"/>
          </w:tcPr>
          <w:p w14:paraId="4EC8F858" w14:textId="2CBA9EBA" w:rsidR="00540FC2" w:rsidRPr="00FE490B" w:rsidRDefault="006F7182">
            <w:pPr>
              <w:rPr>
                <w:sz w:val="16"/>
                <w:szCs w:val="16"/>
              </w:rPr>
            </w:pPr>
            <w:r w:rsidRPr="00FE490B">
              <w:rPr>
                <w:sz w:val="16"/>
                <w:szCs w:val="16"/>
              </w:rPr>
              <w:t>4</w:t>
            </w:r>
          </w:p>
        </w:tc>
        <w:tc>
          <w:tcPr>
            <w:tcW w:w="1277" w:type="dxa"/>
            <w:vAlign w:val="center"/>
          </w:tcPr>
          <w:p w14:paraId="0EEC16F2" w14:textId="77777777" w:rsidR="00540FC2" w:rsidRDefault="007477C1">
            <w:r>
              <w:rPr>
                <w:sz w:val="14"/>
              </w:rPr>
              <w:t>AXIS M3215-LVE</w:t>
            </w:r>
          </w:p>
        </w:tc>
        <w:tc>
          <w:tcPr>
            <w:tcW w:w="1276" w:type="dxa"/>
            <w:vAlign w:val="center"/>
          </w:tcPr>
          <w:p w14:paraId="123906A0" w14:textId="77777777" w:rsidR="00540FC2" w:rsidRDefault="007477C1">
            <w:r>
              <w:rPr>
                <w:sz w:val="14"/>
              </w:rPr>
              <w:t>02371-001</w:t>
            </w:r>
          </w:p>
        </w:tc>
        <w:tc>
          <w:tcPr>
            <w:tcW w:w="1277" w:type="dxa"/>
            <w:vAlign w:val="center"/>
          </w:tcPr>
          <w:p w14:paraId="30BFF142" w14:textId="77777777" w:rsidR="00540FC2" w:rsidRDefault="007477C1">
            <w:r>
              <w:rPr>
                <w:sz w:val="14"/>
              </w:rPr>
              <w:t>1920x1080 (2 MP)</w:t>
            </w:r>
          </w:p>
        </w:tc>
        <w:tc>
          <w:tcPr>
            <w:tcW w:w="1278" w:type="dxa"/>
            <w:vAlign w:val="center"/>
          </w:tcPr>
          <w:p w14:paraId="4E972F3E" w14:textId="77777777" w:rsidR="00540FC2" w:rsidRDefault="007477C1">
            <w:r>
              <w:rPr>
                <w:sz w:val="14"/>
              </w:rPr>
              <w:t>Fixed dome</w:t>
            </w:r>
          </w:p>
        </w:tc>
        <w:tc>
          <w:tcPr>
            <w:tcW w:w="1277" w:type="dxa"/>
            <w:vAlign w:val="center"/>
          </w:tcPr>
          <w:p w14:paraId="18FC3531" w14:textId="77777777" w:rsidR="00540FC2" w:rsidRDefault="007477C1">
            <w:r>
              <w:rPr>
                <w:sz w:val="14"/>
              </w:rPr>
              <w:t>Outdoor</w:t>
            </w:r>
          </w:p>
        </w:tc>
        <w:tc>
          <w:tcPr>
            <w:tcW w:w="1276" w:type="dxa"/>
            <w:vAlign w:val="center"/>
          </w:tcPr>
          <w:p w14:paraId="1E916036" w14:textId="77777777" w:rsidR="00540FC2" w:rsidRDefault="007477C1">
            <w:r>
              <w:rPr>
                <w:sz w:val="14"/>
              </w:rPr>
              <w:t>Yes</w:t>
            </w:r>
          </w:p>
        </w:tc>
      </w:tr>
      <w:tr w:rsidR="00540FC2" w14:paraId="119B451B" w14:textId="77777777" w:rsidTr="00897F90">
        <w:trPr>
          <w:jc w:val="center"/>
        </w:trPr>
        <w:tc>
          <w:tcPr>
            <w:tcW w:w="1277" w:type="dxa"/>
            <w:vAlign w:val="center"/>
          </w:tcPr>
          <w:p w14:paraId="7C5CE288" w14:textId="77777777" w:rsidR="00540FC2" w:rsidRDefault="007477C1">
            <w:r>
              <w:rPr>
                <w:sz w:val="14"/>
              </w:rPr>
              <w:t>AXIS M2026-LE Mk II</w:t>
            </w:r>
          </w:p>
        </w:tc>
        <w:tc>
          <w:tcPr>
            <w:tcW w:w="1276" w:type="dxa"/>
            <w:vAlign w:val="center"/>
          </w:tcPr>
          <w:p w14:paraId="126B86ED" w14:textId="0DEA3874" w:rsidR="00B5702B" w:rsidRPr="00FE490B" w:rsidRDefault="00B5702B">
            <w:pPr>
              <w:rPr>
                <w:sz w:val="16"/>
                <w:szCs w:val="16"/>
              </w:rPr>
            </w:pPr>
            <w:r w:rsidRPr="00FE490B">
              <w:rPr>
                <w:sz w:val="16"/>
                <w:szCs w:val="16"/>
              </w:rPr>
              <w:t>4</w:t>
            </w:r>
          </w:p>
        </w:tc>
        <w:tc>
          <w:tcPr>
            <w:tcW w:w="1277" w:type="dxa"/>
            <w:vAlign w:val="center"/>
          </w:tcPr>
          <w:p w14:paraId="4223EDF7" w14:textId="77777777" w:rsidR="00540FC2" w:rsidRDefault="007477C1">
            <w:r>
              <w:rPr>
                <w:sz w:val="14"/>
              </w:rPr>
              <w:t>AXIS M2036-LE</w:t>
            </w:r>
          </w:p>
        </w:tc>
        <w:tc>
          <w:tcPr>
            <w:tcW w:w="1276" w:type="dxa"/>
            <w:vAlign w:val="center"/>
          </w:tcPr>
          <w:p w14:paraId="776CFB96" w14:textId="77777777" w:rsidR="00540FC2" w:rsidRDefault="007477C1">
            <w:r>
              <w:rPr>
                <w:sz w:val="14"/>
              </w:rPr>
              <w:t>02125-001</w:t>
            </w:r>
          </w:p>
        </w:tc>
        <w:tc>
          <w:tcPr>
            <w:tcW w:w="1277" w:type="dxa"/>
            <w:vAlign w:val="center"/>
          </w:tcPr>
          <w:p w14:paraId="2AFCA80C" w14:textId="77777777" w:rsidR="00540FC2" w:rsidRDefault="007477C1">
            <w:r>
              <w:rPr>
                <w:sz w:val="14"/>
              </w:rPr>
              <w:t>2304x1728 (4 MP)</w:t>
            </w:r>
          </w:p>
        </w:tc>
        <w:tc>
          <w:tcPr>
            <w:tcW w:w="1278" w:type="dxa"/>
            <w:vAlign w:val="center"/>
          </w:tcPr>
          <w:p w14:paraId="39C7A642" w14:textId="77777777" w:rsidR="00540FC2" w:rsidRDefault="007477C1">
            <w:r>
              <w:rPr>
                <w:sz w:val="14"/>
              </w:rPr>
              <w:t>Fixed bullet</w:t>
            </w:r>
          </w:p>
        </w:tc>
        <w:tc>
          <w:tcPr>
            <w:tcW w:w="1277" w:type="dxa"/>
            <w:vAlign w:val="center"/>
          </w:tcPr>
          <w:p w14:paraId="3B41F9E9" w14:textId="77777777" w:rsidR="00540FC2" w:rsidRDefault="007477C1">
            <w:r>
              <w:rPr>
                <w:sz w:val="14"/>
              </w:rPr>
              <w:t>Outdoor</w:t>
            </w:r>
          </w:p>
        </w:tc>
        <w:tc>
          <w:tcPr>
            <w:tcW w:w="1276" w:type="dxa"/>
            <w:vAlign w:val="center"/>
          </w:tcPr>
          <w:p w14:paraId="6D1D2181" w14:textId="77777777" w:rsidR="00540FC2" w:rsidRDefault="007477C1">
            <w:r>
              <w:rPr>
                <w:sz w:val="14"/>
              </w:rPr>
              <w:t>Yes</w:t>
            </w:r>
          </w:p>
        </w:tc>
      </w:tr>
      <w:tr w:rsidR="00540FC2" w14:paraId="42EDD66B" w14:textId="77777777" w:rsidTr="00897F90">
        <w:trPr>
          <w:jc w:val="center"/>
        </w:trPr>
        <w:tc>
          <w:tcPr>
            <w:tcW w:w="1277" w:type="dxa"/>
            <w:vAlign w:val="center"/>
          </w:tcPr>
          <w:p w14:paraId="0CB6DE60" w14:textId="77777777" w:rsidR="00540FC2" w:rsidRDefault="007477C1">
            <w:r>
              <w:rPr>
                <w:sz w:val="14"/>
              </w:rPr>
              <w:t>AXIS M3113</w:t>
            </w:r>
          </w:p>
        </w:tc>
        <w:tc>
          <w:tcPr>
            <w:tcW w:w="1276" w:type="dxa"/>
            <w:vAlign w:val="center"/>
          </w:tcPr>
          <w:p w14:paraId="5E7DB9E0" w14:textId="2DEB5C61" w:rsidR="00B5702B" w:rsidRPr="00FE490B" w:rsidRDefault="00B5702B">
            <w:pPr>
              <w:rPr>
                <w:sz w:val="16"/>
                <w:szCs w:val="16"/>
              </w:rPr>
            </w:pPr>
            <w:r w:rsidRPr="00FE490B">
              <w:rPr>
                <w:sz w:val="16"/>
                <w:szCs w:val="16"/>
              </w:rPr>
              <w:t>3</w:t>
            </w:r>
          </w:p>
        </w:tc>
        <w:tc>
          <w:tcPr>
            <w:tcW w:w="1277" w:type="dxa"/>
            <w:vAlign w:val="center"/>
          </w:tcPr>
          <w:p w14:paraId="1850BEA3" w14:textId="77777777" w:rsidR="00540FC2" w:rsidRDefault="007477C1">
            <w:r>
              <w:rPr>
                <w:sz w:val="14"/>
              </w:rPr>
              <w:t>AXIS M3215-LVE</w:t>
            </w:r>
          </w:p>
        </w:tc>
        <w:tc>
          <w:tcPr>
            <w:tcW w:w="1276" w:type="dxa"/>
            <w:vAlign w:val="center"/>
          </w:tcPr>
          <w:p w14:paraId="6CAE3B25" w14:textId="77777777" w:rsidR="00540FC2" w:rsidRDefault="007477C1">
            <w:r>
              <w:rPr>
                <w:sz w:val="14"/>
              </w:rPr>
              <w:t>02371-001</w:t>
            </w:r>
          </w:p>
        </w:tc>
        <w:tc>
          <w:tcPr>
            <w:tcW w:w="1277" w:type="dxa"/>
            <w:vAlign w:val="center"/>
          </w:tcPr>
          <w:p w14:paraId="731FE2AA" w14:textId="77777777" w:rsidR="00540FC2" w:rsidRDefault="007477C1">
            <w:r>
              <w:rPr>
                <w:sz w:val="14"/>
              </w:rPr>
              <w:t>1920x1080 (2 MP)</w:t>
            </w:r>
          </w:p>
        </w:tc>
        <w:tc>
          <w:tcPr>
            <w:tcW w:w="1278" w:type="dxa"/>
            <w:vAlign w:val="center"/>
          </w:tcPr>
          <w:p w14:paraId="29478713" w14:textId="77777777" w:rsidR="00540FC2" w:rsidRDefault="007477C1">
            <w:r>
              <w:rPr>
                <w:sz w:val="14"/>
              </w:rPr>
              <w:t>Fixed dome</w:t>
            </w:r>
          </w:p>
        </w:tc>
        <w:tc>
          <w:tcPr>
            <w:tcW w:w="1277" w:type="dxa"/>
            <w:vAlign w:val="center"/>
          </w:tcPr>
          <w:p w14:paraId="3815AC5C" w14:textId="77777777" w:rsidR="00540FC2" w:rsidRDefault="007477C1">
            <w:r>
              <w:rPr>
                <w:sz w:val="14"/>
              </w:rPr>
              <w:t>Outdoor</w:t>
            </w:r>
          </w:p>
        </w:tc>
        <w:tc>
          <w:tcPr>
            <w:tcW w:w="1276" w:type="dxa"/>
            <w:vAlign w:val="center"/>
          </w:tcPr>
          <w:p w14:paraId="328211B3" w14:textId="77777777" w:rsidR="00540FC2" w:rsidRDefault="007477C1">
            <w:r>
              <w:rPr>
                <w:sz w:val="14"/>
              </w:rPr>
              <w:t>Yes</w:t>
            </w:r>
          </w:p>
        </w:tc>
      </w:tr>
      <w:tr w:rsidR="00540FC2" w14:paraId="437211F8" w14:textId="77777777" w:rsidTr="00897F90">
        <w:trPr>
          <w:jc w:val="center"/>
        </w:trPr>
        <w:tc>
          <w:tcPr>
            <w:tcW w:w="1277" w:type="dxa"/>
            <w:vAlign w:val="center"/>
          </w:tcPr>
          <w:p w14:paraId="3947B145" w14:textId="77777777" w:rsidR="00540FC2" w:rsidRDefault="007477C1">
            <w:r>
              <w:rPr>
                <w:sz w:val="14"/>
              </w:rPr>
              <w:t>AXIS P3707-PE</w:t>
            </w:r>
          </w:p>
        </w:tc>
        <w:tc>
          <w:tcPr>
            <w:tcW w:w="1276" w:type="dxa"/>
            <w:vAlign w:val="center"/>
          </w:tcPr>
          <w:p w14:paraId="0E687B36" w14:textId="1A2B0D3E" w:rsidR="00540FC2" w:rsidRPr="00FE490B" w:rsidRDefault="002D64EE">
            <w:pPr>
              <w:rPr>
                <w:sz w:val="16"/>
                <w:szCs w:val="16"/>
              </w:rPr>
            </w:pPr>
            <w:r w:rsidRPr="00FE490B">
              <w:rPr>
                <w:sz w:val="16"/>
                <w:szCs w:val="16"/>
              </w:rPr>
              <w:t>3</w:t>
            </w:r>
          </w:p>
        </w:tc>
        <w:tc>
          <w:tcPr>
            <w:tcW w:w="1277" w:type="dxa"/>
            <w:vAlign w:val="center"/>
          </w:tcPr>
          <w:p w14:paraId="594B839C" w14:textId="77777777" w:rsidR="00540FC2" w:rsidRDefault="007477C1">
            <w:r>
              <w:rPr>
                <w:sz w:val="14"/>
              </w:rPr>
              <w:t>AXIS P3735-PLE</w:t>
            </w:r>
          </w:p>
        </w:tc>
        <w:tc>
          <w:tcPr>
            <w:tcW w:w="1276" w:type="dxa"/>
            <w:vAlign w:val="center"/>
          </w:tcPr>
          <w:p w14:paraId="4104CBF7" w14:textId="77777777" w:rsidR="00540FC2" w:rsidRDefault="007477C1">
            <w:r>
              <w:rPr>
                <w:sz w:val="14"/>
              </w:rPr>
              <w:t>02633-001</w:t>
            </w:r>
          </w:p>
        </w:tc>
        <w:tc>
          <w:tcPr>
            <w:tcW w:w="1277" w:type="dxa"/>
            <w:vAlign w:val="center"/>
          </w:tcPr>
          <w:p w14:paraId="7011A9D4" w14:textId="77777777" w:rsidR="00540FC2" w:rsidRDefault="007477C1">
            <w:r>
              <w:rPr>
                <w:sz w:val="14"/>
              </w:rPr>
              <w:t>4 x 1920x1080</w:t>
            </w:r>
          </w:p>
        </w:tc>
        <w:tc>
          <w:tcPr>
            <w:tcW w:w="1278" w:type="dxa"/>
            <w:vAlign w:val="center"/>
          </w:tcPr>
          <w:p w14:paraId="70AD27D1" w14:textId="77777777" w:rsidR="00540FC2" w:rsidRDefault="007477C1">
            <w:r>
              <w:rPr>
                <w:sz w:val="14"/>
              </w:rPr>
              <w:t>4-sensor multidirectional</w:t>
            </w:r>
          </w:p>
        </w:tc>
        <w:tc>
          <w:tcPr>
            <w:tcW w:w="1277" w:type="dxa"/>
            <w:vAlign w:val="center"/>
          </w:tcPr>
          <w:p w14:paraId="3DDD7C3B" w14:textId="77777777" w:rsidR="00540FC2" w:rsidRDefault="007477C1">
            <w:r>
              <w:rPr>
                <w:sz w:val="14"/>
              </w:rPr>
              <w:t>Outdoor</w:t>
            </w:r>
          </w:p>
        </w:tc>
        <w:tc>
          <w:tcPr>
            <w:tcW w:w="1276" w:type="dxa"/>
            <w:vAlign w:val="center"/>
          </w:tcPr>
          <w:p w14:paraId="74F3AE49" w14:textId="77777777" w:rsidR="00540FC2" w:rsidRDefault="007477C1">
            <w:r>
              <w:rPr>
                <w:sz w:val="14"/>
              </w:rPr>
              <w:t>Yes</w:t>
            </w:r>
          </w:p>
        </w:tc>
      </w:tr>
      <w:tr w:rsidR="00540FC2" w14:paraId="2D353F17" w14:textId="77777777" w:rsidTr="00897F90">
        <w:trPr>
          <w:jc w:val="center"/>
        </w:trPr>
        <w:tc>
          <w:tcPr>
            <w:tcW w:w="1277" w:type="dxa"/>
            <w:vAlign w:val="center"/>
          </w:tcPr>
          <w:p w14:paraId="4BB6E25E" w14:textId="77777777" w:rsidR="00540FC2" w:rsidRDefault="007477C1">
            <w:r>
              <w:rPr>
                <w:sz w:val="14"/>
              </w:rPr>
              <w:t>AXIS P9106-V</w:t>
            </w:r>
          </w:p>
        </w:tc>
        <w:tc>
          <w:tcPr>
            <w:tcW w:w="1276" w:type="dxa"/>
            <w:vAlign w:val="center"/>
          </w:tcPr>
          <w:p w14:paraId="421719A6" w14:textId="73DDA6F4" w:rsidR="00540FC2" w:rsidRPr="00FE490B" w:rsidRDefault="00D26516">
            <w:pPr>
              <w:rPr>
                <w:sz w:val="16"/>
                <w:szCs w:val="16"/>
              </w:rPr>
            </w:pPr>
            <w:r w:rsidRPr="00FE490B">
              <w:rPr>
                <w:sz w:val="16"/>
                <w:szCs w:val="16"/>
              </w:rPr>
              <w:t>1</w:t>
            </w:r>
          </w:p>
        </w:tc>
        <w:tc>
          <w:tcPr>
            <w:tcW w:w="1277" w:type="dxa"/>
            <w:vAlign w:val="center"/>
          </w:tcPr>
          <w:p w14:paraId="0B3FC58E" w14:textId="77777777" w:rsidR="00540FC2" w:rsidRDefault="007477C1">
            <w:r>
              <w:rPr>
                <w:sz w:val="14"/>
              </w:rPr>
              <w:t>AXIS P9117-PV</w:t>
            </w:r>
          </w:p>
        </w:tc>
        <w:tc>
          <w:tcPr>
            <w:tcW w:w="1276" w:type="dxa"/>
            <w:vAlign w:val="center"/>
          </w:tcPr>
          <w:p w14:paraId="288AA0AB" w14:textId="77777777" w:rsidR="00540FC2" w:rsidRDefault="007477C1">
            <w:r>
              <w:rPr>
                <w:sz w:val="14"/>
              </w:rPr>
              <w:t>02864-001</w:t>
            </w:r>
          </w:p>
        </w:tc>
        <w:tc>
          <w:tcPr>
            <w:tcW w:w="1277" w:type="dxa"/>
            <w:vAlign w:val="center"/>
          </w:tcPr>
          <w:p w14:paraId="69428FEB" w14:textId="77777777" w:rsidR="00540FC2" w:rsidRDefault="007477C1">
            <w:r>
              <w:rPr>
                <w:sz w:val="14"/>
              </w:rPr>
              <w:t>2160x2160 (6 MP)</w:t>
            </w:r>
          </w:p>
        </w:tc>
        <w:tc>
          <w:tcPr>
            <w:tcW w:w="1278" w:type="dxa"/>
            <w:vAlign w:val="center"/>
          </w:tcPr>
          <w:p w14:paraId="3998155F" w14:textId="77777777" w:rsidR="00540FC2" w:rsidRDefault="007477C1">
            <w:r>
              <w:rPr>
                <w:sz w:val="14"/>
              </w:rPr>
              <w:t>Corner / panoramic</w:t>
            </w:r>
          </w:p>
        </w:tc>
        <w:tc>
          <w:tcPr>
            <w:tcW w:w="1277" w:type="dxa"/>
            <w:vAlign w:val="center"/>
          </w:tcPr>
          <w:p w14:paraId="1A789FAD" w14:textId="77777777" w:rsidR="00540FC2" w:rsidRDefault="007477C1">
            <w:r>
              <w:rPr>
                <w:sz w:val="14"/>
              </w:rPr>
              <w:t>Indoor</w:t>
            </w:r>
          </w:p>
        </w:tc>
        <w:tc>
          <w:tcPr>
            <w:tcW w:w="1276" w:type="dxa"/>
            <w:vAlign w:val="center"/>
          </w:tcPr>
          <w:p w14:paraId="2092723D" w14:textId="77777777" w:rsidR="00540FC2" w:rsidRDefault="007477C1">
            <w:r>
              <w:rPr>
                <w:sz w:val="14"/>
              </w:rPr>
              <w:t>No</w:t>
            </w:r>
          </w:p>
        </w:tc>
      </w:tr>
      <w:tr w:rsidR="00540FC2" w14:paraId="6F3CC167" w14:textId="77777777" w:rsidTr="00897F90">
        <w:trPr>
          <w:jc w:val="center"/>
        </w:trPr>
        <w:tc>
          <w:tcPr>
            <w:tcW w:w="1277" w:type="dxa"/>
            <w:vAlign w:val="center"/>
          </w:tcPr>
          <w:p w14:paraId="6EC22048" w14:textId="77777777" w:rsidR="00540FC2" w:rsidRDefault="007477C1">
            <w:r>
              <w:rPr>
                <w:sz w:val="14"/>
              </w:rPr>
              <w:t>AXIS P3225-LV Mk II</w:t>
            </w:r>
          </w:p>
        </w:tc>
        <w:tc>
          <w:tcPr>
            <w:tcW w:w="1276" w:type="dxa"/>
            <w:vAlign w:val="center"/>
          </w:tcPr>
          <w:p w14:paraId="285D5C93" w14:textId="4CCAE5BC" w:rsidR="00540FC2" w:rsidRPr="00FE490B" w:rsidRDefault="00D26516">
            <w:pPr>
              <w:rPr>
                <w:sz w:val="16"/>
                <w:szCs w:val="16"/>
              </w:rPr>
            </w:pPr>
            <w:r w:rsidRPr="00FE490B">
              <w:rPr>
                <w:sz w:val="16"/>
                <w:szCs w:val="16"/>
              </w:rPr>
              <w:t>1</w:t>
            </w:r>
          </w:p>
        </w:tc>
        <w:tc>
          <w:tcPr>
            <w:tcW w:w="1277" w:type="dxa"/>
            <w:vAlign w:val="center"/>
          </w:tcPr>
          <w:p w14:paraId="20B534F8" w14:textId="77777777" w:rsidR="00540FC2" w:rsidRDefault="007477C1">
            <w:r>
              <w:rPr>
                <w:sz w:val="14"/>
              </w:rPr>
              <w:t>AXIS P3275-LV</w:t>
            </w:r>
          </w:p>
        </w:tc>
        <w:tc>
          <w:tcPr>
            <w:tcW w:w="1276" w:type="dxa"/>
            <w:vAlign w:val="center"/>
          </w:tcPr>
          <w:p w14:paraId="62BDBF18" w14:textId="77777777" w:rsidR="00540FC2" w:rsidRDefault="007477C1">
            <w:r>
              <w:rPr>
                <w:sz w:val="14"/>
              </w:rPr>
              <w:t>03149-001</w:t>
            </w:r>
          </w:p>
        </w:tc>
        <w:tc>
          <w:tcPr>
            <w:tcW w:w="1277" w:type="dxa"/>
            <w:vAlign w:val="center"/>
          </w:tcPr>
          <w:p w14:paraId="2458F3FB" w14:textId="77777777" w:rsidR="00540FC2" w:rsidRDefault="007477C1">
            <w:r>
              <w:rPr>
                <w:sz w:val="14"/>
              </w:rPr>
              <w:t>1920x1080 (2 MP)</w:t>
            </w:r>
          </w:p>
        </w:tc>
        <w:tc>
          <w:tcPr>
            <w:tcW w:w="1278" w:type="dxa"/>
            <w:vAlign w:val="center"/>
          </w:tcPr>
          <w:p w14:paraId="0394AC1E" w14:textId="77777777" w:rsidR="00540FC2" w:rsidRDefault="007477C1">
            <w:r>
              <w:rPr>
                <w:sz w:val="14"/>
              </w:rPr>
              <w:t>Fixed dome</w:t>
            </w:r>
          </w:p>
        </w:tc>
        <w:tc>
          <w:tcPr>
            <w:tcW w:w="1277" w:type="dxa"/>
            <w:vAlign w:val="center"/>
          </w:tcPr>
          <w:p w14:paraId="799BBCC2" w14:textId="77777777" w:rsidR="00540FC2" w:rsidRDefault="007477C1">
            <w:r>
              <w:rPr>
                <w:sz w:val="14"/>
              </w:rPr>
              <w:t>Indoor</w:t>
            </w:r>
          </w:p>
        </w:tc>
        <w:tc>
          <w:tcPr>
            <w:tcW w:w="1276" w:type="dxa"/>
            <w:vAlign w:val="center"/>
          </w:tcPr>
          <w:p w14:paraId="66A551B7" w14:textId="77777777" w:rsidR="00540FC2" w:rsidRDefault="007477C1">
            <w:r>
              <w:rPr>
                <w:sz w:val="14"/>
              </w:rPr>
              <w:t>Yes</w:t>
            </w:r>
          </w:p>
        </w:tc>
      </w:tr>
      <w:tr w:rsidR="00540FC2" w14:paraId="6F6AEE4E" w14:textId="77777777" w:rsidTr="00897F90">
        <w:trPr>
          <w:jc w:val="center"/>
        </w:trPr>
        <w:tc>
          <w:tcPr>
            <w:tcW w:w="1277" w:type="dxa"/>
            <w:vAlign w:val="center"/>
          </w:tcPr>
          <w:p w14:paraId="08D48A27" w14:textId="77777777" w:rsidR="00540FC2" w:rsidRDefault="007477C1">
            <w:r>
              <w:rPr>
                <w:sz w:val="14"/>
              </w:rPr>
              <w:lastRenderedPageBreak/>
              <w:t>AXIS P3364</w:t>
            </w:r>
          </w:p>
        </w:tc>
        <w:tc>
          <w:tcPr>
            <w:tcW w:w="1276" w:type="dxa"/>
            <w:vAlign w:val="center"/>
          </w:tcPr>
          <w:p w14:paraId="5CC4A5DA" w14:textId="09172DA2" w:rsidR="00540FC2" w:rsidRPr="00FE490B" w:rsidRDefault="00460D3B">
            <w:pPr>
              <w:rPr>
                <w:sz w:val="16"/>
                <w:szCs w:val="16"/>
              </w:rPr>
            </w:pPr>
            <w:r w:rsidRPr="00FE490B">
              <w:rPr>
                <w:sz w:val="16"/>
                <w:szCs w:val="16"/>
              </w:rPr>
              <w:t>1</w:t>
            </w:r>
          </w:p>
        </w:tc>
        <w:tc>
          <w:tcPr>
            <w:tcW w:w="1277" w:type="dxa"/>
            <w:vAlign w:val="center"/>
          </w:tcPr>
          <w:p w14:paraId="7F1B720F" w14:textId="77777777" w:rsidR="00540FC2" w:rsidRDefault="007477C1">
            <w:r>
              <w:rPr>
                <w:sz w:val="14"/>
              </w:rPr>
              <w:t>AXIS P3275-V</w:t>
            </w:r>
          </w:p>
        </w:tc>
        <w:tc>
          <w:tcPr>
            <w:tcW w:w="1276" w:type="dxa"/>
            <w:vAlign w:val="center"/>
          </w:tcPr>
          <w:p w14:paraId="5AF3AFCB" w14:textId="77777777" w:rsidR="00540FC2" w:rsidRDefault="007477C1">
            <w:r>
              <w:rPr>
                <w:sz w:val="14"/>
              </w:rPr>
              <w:t>03501-001</w:t>
            </w:r>
          </w:p>
        </w:tc>
        <w:tc>
          <w:tcPr>
            <w:tcW w:w="1277" w:type="dxa"/>
            <w:vAlign w:val="center"/>
          </w:tcPr>
          <w:p w14:paraId="51ABF2CF" w14:textId="77777777" w:rsidR="00540FC2" w:rsidRDefault="007477C1">
            <w:r>
              <w:rPr>
                <w:sz w:val="14"/>
              </w:rPr>
              <w:t>1920x1080 (2 MP)</w:t>
            </w:r>
          </w:p>
        </w:tc>
        <w:tc>
          <w:tcPr>
            <w:tcW w:w="1278" w:type="dxa"/>
            <w:vAlign w:val="center"/>
          </w:tcPr>
          <w:p w14:paraId="4C8ED6E6" w14:textId="77777777" w:rsidR="00540FC2" w:rsidRDefault="007477C1">
            <w:r>
              <w:rPr>
                <w:sz w:val="14"/>
              </w:rPr>
              <w:t>Fixed dome</w:t>
            </w:r>
          </w:p>
        </w:tc>
        <w:tc>
          <w:tcPr>
            <w:tcW w:w="1277" w:type="dxa"/>
            <w:vAlign w:val="center"/>
          </w:tcPr>
          <w:p w14:paraId="1ED71E62" w14:textId="77777777" w:rsidR="00540FC2" w:rsidRDefault="007477C1">
            <w:r>
              <w:rPr>
                <w:sz w:val="14"/>
              </w:rPr>
              <w:t>Indoor</w:t>
            </w:r>
          </w:p>
        </w:tc>
        <w:tc>
          <w:tcPr>
            <w:tcW w:w="1276" w:type="dxa"/>
            <w:vAlign w:val="center"/>
          </w:tcPr>
          <w:p w14:paraId="3DB54D80" w14:textId="77777777" w:rsidR="00540FC2" w:rsidRDefault="007477C1">
            <w:r>
              <w:rPr>
                <w:sz w:val="14"/>
              </w:rPr>
              <w:t>No</w:t>
            </w:r>
          </w:p>
        </w:tc>
      </w:tr>
      <w:tr w:rsidR="00540FC2" w14:paraId="7426838E" w14:textId="77777777" w:rsidTr="00897F90">
        <w:trPr>
          <w:jc w:val="center"/>
        </w:trPr>
        <w:tc>
          <w:tcPr>
            <w:tcW w:w="1277" w:type="dxa"/>
            <w:vAlign w:val="center"/>
          </w:tcPr>
          <w:p w14:paraId="74451920" w14:textId="77777777" w:rsidR="00540FC2" w:rsidRDefault="007477C1">
            <w:r>
              <w:rPr>
                <w:sz w:val="14"/>
              </w:rPr>
              <w:t>AXIS A8105-E</w:t>
            </w:r>
          </w:p>
        </w:tc>
        <w:tc>
          <w:tcPr>
            <w:tcW w:w="1276" w:type="dxa"/>
            <w:vAlign w:val="center"/>
          </w:tcPr>
          <w:p w14:paraId="19E1C4F5" w14:textId="44F8E73E" w:rsidR="00540FC2" w:rsidRPr="00FE490B" w:rsidRDefault="00460D3B">
            <w:pPr>
              <w:rPr>
                <w:sz w:val="16"/>
                <w:szCs w:val="16"/>
              </w:rPr>
            </w:pPr>
            <w:r w:rsidRPr="00FE490B">
              <w:rPr>
                <w:sz w:val="16"/>
                <w:szCs w:val="16"/>
              </w:rPr>
              <w:t>1</w:t>
            </w:r>
          </w:p>
        </w:tc>
        <w:tc>
          <w:tcPr>
            <w:tcW w:w="1277" w:type="dxa"/>
            <w:vAlign w:val="center"/>
          </w:tcPr>
          <w:p w14:paraId="054DA6E0" w14:textId="77777777" w:rsidR="00540FC2" w:rsidRDefault="007477C1">
            <w:r>
              <w:rPr>
                <w:sz w:val="14"/>
              </w:rPr>
              <w:t>AXIS I8116-E White</w:t>
            </w:r>
          </w:p>
        </w:tc>
        <w:tc>
          <w:tcPr>
            <w:tcW w:w="1276" w:type="dxa"/>
            <w:vAlign w:val="center"/>
          </w:tcPr>
          <w:p w14:paraId="0F0797E0" w14:textId="77777777" w:rsidR="00540FC2" w:rsidRDefault="007477C1">
            <w:r>
              <w:rPr>
                <w:sz w:val="14"/>
              </w:rPr>
              <w:t>02408-001</w:t>
            </w:r>
          </w:p>
        </w:tc>
        <w:tc>
          <w:tcPr>
            <w:tcW w:w="1277" w:type="dxa"/>
            <w:vAlign w:val="center"/>
          </w:tcPr>
          <w:p w14:paraId="315A1E34" w14:textId="77777777" w:rsidR="00540FC2" w:rsidRDefault="007477C1">
            <w:r>
              <w:rPr>
                <w:sz w:val="14"/>
              </w:rPr>
              <w:t>2592x1944 (5 MP)</w:t>
            </w:r>
          </w:p>
        </w:tc>
        <w:tc>
          <w:tcPr>
            <w:tcW w:w="1278" w:type="dxa"/>
            <w:vAlign w:val="center"/>
          </w:tcPr>
          <w:p w14:paraId="694582B6" w14:textId="77777777" w:rsidR="00540FC2" w:rsidRDefault="007477C1">
            <w:r>
              <w:rPr>
                <w:sz w:val="14"/>
              </w:rPr>
              <w:t>Network video intercom</w:t>
            </w:r>
          </w:p>
        </w:tc>
        <w:tc>
          <w:tcPr>
            <w:tcW w:w="1277" w:type="dxa"/>
            <w:vAlign w:val="center"/>
          </w:tcPr>
          <w:p w14:paraId="2AB46772" w14:textId="77777777" w:rsidR="00540FC2" w:rsidRDefault="007477C1">
            <w:r>
              <w:rPr>
                <w:sz w:val="14"/>
              </w:rPr>
              <w:t>Outdoor</w:t>
            </w:r>
          </w:p>
        </w:tc>
        <w:tc>
          <w:tcPr>
            <w:tcW w:w="1276" w:type="dxa"/>
            <w:vAlign w:val="center"/>
          </w:tcPr>
          <w:p w14:paraId="65F14665" w14:textId="77777777" w:rsidR="00540FC2" w:rsidRDefault="007477C1">
            <w:r>
              <w:rPr>
                <w:sz w:val="14"/>
              </w:rPr>
              <w:t>No</w:t>
            </w:r>
          </w:p>
        </w:tc>
      </w:tr>
    </w:tbl>
    <w:p w14:paraId="0491C9E3" w14:textId="6AF16824" w:rsidR="00540FC2" w:rsidRDefault="007477C1">
      <w:r>
        <w:rPr>
          <w:b/>
        </w:rPr>
        <w:t xml:space="preserve">Total existing devices: </w:t>
      </w:r>
      <w:r w:rsidR="00DA13F1">
        <w:t>7</w:t>
      </w:r>
      <w:r w:rsidR="00F17838">
        <w:t>7</w:t>
      </w:r>
      <w:r>
        <w:t xml:space="preserve">   </w:t>
      </w:r>
      <w:r>
        <w:rPr>
          <w:b/>
        </w:rPr>
        <w:t>Total replacement devices:</w:t>
      </w:r>
      <w:r w:rsidR="00DA13F1">
        <w:rPr>
          <w:b/>
        </w:rPr>
        <w:t xml:space="preserve"> 7</w:t>
      </w:r>
      <w:r w:rsidR="00F17838">
        <w:rPr>
          <w:b/>
        </w:rPr>
        <w:t>7</w:t>
      </w:r>
    </w:p>
    <w:p w14:paraId="67FAC122" w14:textId="77777777" w:rsidR="00540FC2" w:rsidRDefault="007477C1">
      <w:pPr>
        <w:pStyle w:val="Heading1"/>
      </w:pPr>
      <w:r>
        <w:t>4. Procurement Bill of Materials</w:t>
      </w:r>
    </w:p>
    <w:tbl>
      <w:tblPr>
        <w:tblStyle w:val="TableGrid"/>
        <w:tblW w:w="0" w:type="auto"/>
        <w:jc w:val="center"/>
        <w:tblLook w:val="04A0" w:firstRow="1" w:lastRow="0" w:firstColumn="1" w:lastColumn="0" w:noHBand="0" w:noVBand="1"/>
      </w:tblPr>
      <w:tblGrid>
        <w:gridCol w:w="2043"/>
        <w:gridCol w:w="2043"/>
        <w:gridCol w:w="2042"/>
        <w:gridCol w:w="2043"/>
        <w:gridCol w:w="2043"/>
      </w:tblGrid>
      <w:tr w:rsidR="00540FC2" w14:paraId="2E925FEF" w14:textId="77777777" w:rsidTr="00E37632">
        <w:trPr>
          <w:tblHeader/>
          <w:jc w:val="center"/>
        </w:trPr>
        <w:tc>
          <w:tcPr>
            <w:tcW w:w="2043" w:type="dxa"/>
            <w:vAlign w:val="center"/>
          </w:tcPr>
          <w:p w14:paraId="19D033FC" w14:textId="77777777" w:rsidR="00540FC2" w:rsidRDefault="007477C1">
            <w:r>
              <w:rPr>
                <w:sz w:val="14"/>
              </w:rPr>
              <w:t>Replacement Model</w:t>
            </w:r>
          </w:p>
        </w:tc>
        <w:tc>
          <w:tcPr>
            <w:tcW w:w="2043" w:type="dxa"/>
            <w:vAlign w:val="center"/>
          </w:tcPr>
          <w:p w14:paraId="6366FCF9" w14:textId="77777777" w:rsidR="00540FC2" w:rsidRPr="00FE490B" w:rsidRDefault="007477C1">
            <w:pPr>
              <w:rPr>
                <w:sz w:val="16"/>
                <w:szCs w:val="16"/>
              </w:rPr>
            </w:pPr>
            <w:r w:rsidRPr="00FE490B">
              <w:rPr>
                <w:sz w:val="16"/>
                <w:szCs w:val="16"/>
              </w:rPr>
              <w:t>US Part Number</w:t>
            </w:r>
          </w:p>
        </w:tc>
        <w:tc>
          <w:tcPr>
            <w:tcW w:w="2042" w:type="dxa"/>
            <w:vAlign w:val="center"/>
          </w:tcPr>
          <w:p w14:paraId="0103BFAB" w14:textId="77777777" w:rsidR="00540FC2" w:rsidRPr="00FE490B" w:rsidRDefault="007477C1">
            <w:pPr>
              <w:rPr>
                <w:sz w:val="16"/>
                <w:szCs w:val="16"/>
              </w:rPr>
            </w:pPr>
            <w:r w:rsidRPr="00FE490B">
              <w:rPr>
                <w:sz w:val="16"/>
                <w:szCs w:val="16"/>
              </w:rPr>
              <w:t>Qty</w:t>
            </w:r>
          </w:p>
        </w:tc>
        <w:tc>
          <w:tcPr>
            <w:tcW w:w="2043" w:type="dxa"/>
            <w:vAlign w:val="center"/>
          </w:tcPr>
          <w:p w14:paraId="07DCA31F" w14:textId="77777777" w:rsidR="00540FC2" w:rsidRDefault="007477C1">
            <w:r>
              <w:rPr>
                <w:sz w:val="14"/>
              </w:rPr>
              <w:t>Resolution</w:t>
            </w:r>
          </w:p>
        </w:tc>
        <w:tc>
          <w:tcPr>
            <w:tcW w:w="2043" w:type="dxa"/>
            <w:vAlign w:val="center"/>
          </w:tcPr>
          <w:p w14:paraId="366A7EE1" w14:textId="77777777" w:rsidR="00540FC2" w:rsidRDefault="007477C1">
            <w:r>
              <w:rPr>
                <w:sz w:val="14"/>
              </w:rPr>
              <w:t>Environment</w:t>
            </w:r>
          </w:p>
        </w:tc>
      </w:tr>
      <w:tr w:rsidR="00540FC2" w14:paraId="4EE6A860" w14:textId="77777777" w:rsidTr="00E37632">
        <w:trPr>
          <w:jc w:val="center"/>
        </w:trPr>
        <w:tc>
          <w:tcPr>
            <w:tcW w:w="2043" w:type="dxa"/>
            <w:vAlign w:val="center"/>
          </w:tcPr>
          <w:p w14:paraId="40771C0E" w14:textId="77777777" w:rsidR="00540FC2" w:rsidRDefault="007477C1">
            <w:r>
              <w:rPr>
                <w:sz w:val="14"/>
              </w:rPr>
              <w:t>AXIS I8116-E White</w:t>
            </w:r>
          </w:p>
        </w:tc>
        <w:tc>
          <w:tcPr>
            <w:tcW w:w="2043" w:type="dxa"/>
            <w:vAlign w:val="center"/>
          </w:tcPr>
          <w:p w14:paraId="347C22D2" w14:textId="77777777" w:rsidR="00540FC2" w:rsidRPr="00FE490B" w:rsidRDefault="007477C1">
            <w:pPr>
              <w:rPr>
                <w:sz w:val="16"/>
                <w:szCs w:val="16"/>
              </w:rPr>
            </w:pPr>
            <w:r w:rsidRPr="00FE490B">
              <w:rPr>
                <w:sz w:val="16"/>
                <w:szCs w:val="16"/>
              </w:rPr>
              <w:t>02408-001</w:t>
            </w:r>
          </w:p>
        </w:tc>
        <w:tc>
          <w:tcPr>
            <w:tcW w:w="2042" w:type="dxa"/>
            <w:vAlign w:val="center"/>
          </w:tcPr>
          <w:p w14:paraId="1950B50C" w14:textId="77777777" w:rsidR="00540FC2" w:rsidRPr="00FE490B" w:rsidRDefault="007477C1">
            <w:pPr>
              <w:rPr>
                <w:sz w:val="16"/>
                <w:szCs w:val="16"/>
              </w:rPr>
            </w:pPr>
            <w:r w:rsidRPr="00FE490B">
              <w:rPr>
                <w:sz w:val="16"/>
                <w:szCs w:val="16"/>
              </w:rPr>
              <w:t>1</w:t>
            </w:r>
          </w:p>
        </w:tc>
        <w:tc>
          <w:tcPr>
            <w:tcW w:w="2043" w:type="dxa"/>
            <w:vAlign w:val="center"/>
          </w:tcPr>
          <w:p w14:paraId="483E5045" w14:textId="77777777" w:rsidR="00540FC2" w:rsidRDefault="007477C1">
            <w:r>
              <w:rPr>
                <w:sz w:val="14"/>
              </w:rPr>
              <w:t>2592x1944 (5 MP)</w:t>
            </w:r>
          </w:p>
        </w:tc>
        <w:tc>
          <w:tcPr>
            <w:tcW w:w="2043" w:type="dxa"/>
            <w:vAlign w:val="center"/>
          </w:tcPr>
          <w:p w14:paraId="199A48C7" w14:textId="77777777" w:rsidR="00540FC2" w:rsidRDefault="007477C1">
            <w:r>
              <w:rPr>
                <w:sz w:val="14"/>
              </w:rPr>
              <w:t>Outdoor</w:t>
            </w:r>
          </w:p>
        </w:tc>
      </w:tr>
      <w:tr w:rsidR="00540FC2" w14:paraId="317E01CC" w14:textId="77777777" w:rsidTr="00E37632">
        <w:trPr>
          <w:jc w:val="center"/>
        </w:trPr>
        <w:tc>
          <w:tcPr>
            <w:tcW w:w="2043" w:type="dxa"/>
            <w:vAlign w:val="center"/>
          </w:tcPr>
          <w:p w14:paraId="01D6398E" w14:textId="77777777" w:rsidR="00540FC2" w:rsidRDefault="007477C1">
            <w:r>
              <w:rPr>
                <w:sz w:val="14"/>
              </w:rPr>
              <w:t>AXIS M2036-LE</w:t>
            </w:r>
          </w:p>
        </w:tc>
        <w:tc>
          <w:tcPr>
            <w:tcW w:w="2043" w:type="dxa"/>
            <w:vAlign w:val="center"/>
          </w:tcPr>
          <w:p w14:paraId="126AA56D" w14:textId="77777777" w:rsidR="00540FC2" w:rsidRPr="00FE490B" w:rsidRDefault="007477C1">
            <w:pPr>
              <w:rPr>
                <w:sz w:val="16"/>
                <w:szCs w:val="16"/>
              </w:rPr>
            </w:pPr>
            <w:r w:rsidRPr="00FE490B">
              <w:rPr>
                <w:sz w:val="16"/>
                <w:szCs w:val="16"/>
              </w:rPr>
              <w:t>02125-001</w:t>
            </w:r>
          </w:p>
        </w:tc>
        <w:tc>
          <w:tcPr>
            <w:tcW w:w="2042" w:type="dxa"/>
            <w:vAlign w:val="center"/>
          </w:tcPr>
          <w:p w14:paraId="2058F9DA" w14:textId="77777777" w:rsidR="00540FC2" w:rsidRPr="00FE490B" w:rsidRDefault="007477C1">
            <w:pPr>
              <w:rPr>
                <w:sz w:val="16"/>
                <w:szCs w:val="16"/>
              </w:rPr>
            </w:pPr>
            <w:r w:rsidRPr="00FE490B">
              <w:rPr>
                <w:sz w:val="16"/>
                <w:szCs w:val="16"/>
              </w:rPr>
              <w:t>4</w:t>
            </w:r>
          </w:p>
        </w:tc>
        <w:tc>
          <w:tcPr>
            <w:tcW w:w="2043" w:type="dxa"/>
            <w:vAlign w:val="center"/>
          </w:tcPr>
          <w:p w14:paraId="1075F3F8" w14:textId="77777777" w:rsidR="00540FC2" w:rsidRDefault="007477C1">
            <w:r>
              <w:rPr>
                <w:sz w:val="14"/>
              </w:rPr>
              <w:t>2304x1728 (4 MP)</w:t>
            </w:r>
          </w:p>
        </w:tc>
        <w:tc>
          <w:tcPr>
            <w:tcW w:w="2043" w:type="dxa"/>
            <w:vAlign w:val="center"/>
          </w:tcPr>
          <w:p w14:paraId="181D276B" w14:textId="77777777" w:rsidR="00540FC2" w:rsidRDefault="007477C1">
            <w:r>
              <w:rPr>
                <w:sz w:val="14"/>
              </w:rPr>
              <w:t>Outdoor</w:t>
            </w:r>
          </w:p>
        </w:tc>
      </w:tr>
      <w:tr w:rsidR="00540FC2" w14:paraId="1DB0783F" w14:textId="77777777" w:rsidTr="00E37632">
        <w:trPr>
          <w:jc w:val="center"/>
        </w:trPr>
        <w:tc>
          <w:tcPr>
            <w:tcW w:w="2043" w:type="dxa"/>
            <w:vAlign w:val="center"/>
          </w:tcPr>
          <w:p w14:paraId="31C61090" w14:textId="77777777" w:rsidR="00540FC2" w:rsidRDefault="007477C1">
            <w:r>
              <w:rPr>
                <w:sz w:val="14"/>
              </w:rPr>
              <w:t>AXIS M4327-P</w:t>
            </w:r>
          </w:p>
        </w:tc>
        <w:tc>
          <w:tcPr>
            <w:tcW w:w="2043" w:type="dxa"/>
            <w:vAlign w:val="center"/>
          </w:tcPr>
          <w:p w14:paraId="16763A09" w14:textId="77777777" w:rsidR="00540FC2" w:rsidRPr="00FE490B" w:rsidRDefault="007477C1">
            <w:pPr>
              <w:rPr>
                <w:sz w:val="16"/>
                <w:szCs w:val="16"/>
              </w:rPr>
            </w:pPr>
            <w:r w:rsidRPr="00FE490B">
              <w:rPr>
                <w:sz w:val="16"/>
                <w:szCs w:val="16"/>
              </w:rPr>
              <w:t>02636-004</w:t>
            </w:r>
          </w:p>
        </w:tc>
        <w:tc>
          <w:tcPr>
            <w:tcW w:w="2042" w:type="dxa"/>
            <w:vAlign w:val="center"/>
          </w:tcPr>
          <w:p w14:paraId="509D16F4" w14:textId="698AC0F1" w:rsidR="00540FC2" w:rsidRPr="00FE490B" w:rsidRDefault="005F15A4">
            <w:pPr>
              <w:rPr>
                <w:sz w:val="16"/>
                <w:szCs w:val="16"/>
              </w:rPr>
            </w:pPr>
            <w:r w:rsidRPr="00FE490B">
              <w:rPr>
                <w:sz w:val="16"/>
                <w:szCs w:val="16"/>
              </w:rPr>
              <w:t>3</w:t>
            </w:r>
            <w:r w:rsidR="00A97AF6" w:rsidRPr="00FE490B">
              <w:rPr>
                <w:sz w:val="16"/>
                <w:szCs w:val="16"/>
              </w:rPr>
              <w:t>3</w:t>
            </w:r>
          </w:p>
        </w:tc>
        <w:tc>
          <w:tcPr>
            <w:tcW w:w="2043" w:type="dxa"/>
            <w:vAlign w:val="center"/>
          </w:tcPr>
          <w:p w14:paraId="35866482" w14:textId="77777777" w:rsidR="00540FC2" w:rsidRDefault="007477C1">
            <w:r>
              <w:rPr>
                <w:sz w:val="14"/>
              </w:rPr>
              <w:t>2160x2160 (4.7 MP)</w:t>
            </w:r>
          </w:p>
        </w:tc>
        <w:tc>
          <w:tcPr>
            <w:tcW w:w="2043" w:type="dxa"/>
            <w:vAlign w:val="center"/>
          </w:tcPr>
          <w:p w14:paraId="7FCAAF35" w14:textId="77777777" w:rsidR="00540FC2" w:rsidRDefault="007477C1">
            <w:r>
              <w:rPr>
                <w:sz w:val="14"/>
              </w:rPr>
              <w:t>Indoor</w:t>
            </w:r>
          </w:p>
        </w:tc>
      </w:tr>
      <w:tr w:rsidR="00540FC2" w14:paraId="2C41AE92" w14:textId="77777777" w:rsidTr="00E37632">
        <w:trPr>
          <w:jc w:val="center"/>
        </w:trPr>
        <w:tc>
          <w:tcPr>
            <w:tcW w:w="2043" w:type="dxa"/>
            <w:vAlign w:val="center"/>
          </w:tcPr>
          <w:p w14:paraId="1601C342" w14:textId="77777777" w:rsidR="00540FC2" w:rsidRDefault="007477C1">
            <w:r>
              <w:rPr>
                <w:sz w:val="14"/>
              </w:rPr>
              <w:t>AXIS P3275-LV</w:t>
            </w:r>
          </w:p>
        </w:tc>
        <w:tc>
          <w:tcPr>
            <w:tcW w:w="2043" w:type="dxa"/>
            <w:vAlign w:val="center"/>
          </w:tcPr>
          <w:p w14:paraId="5CAC818F" w14:textId="77777777" w:rsidR="00540FC2" w:rsidRPr="00FE490B" w:rsidRDefault="007477C1">
            <w:pPr>
              <w:rPr>
                <w:sz w:val="16"/>
                <w:szCs w:val="16"/>
              </w:rPr>
            </w:pPr>
            <w:r w:rsidRPr="00FE490B">
              <w:rPr>
                <w:sz w:val="16"/>
                <w:szCs w:val="16"/>
              </w:rPr>
              <w:t>03149-001</w:t>
            </w:r>
          </w:p>
        </w:tc>
        <w:tc>
          <w:tcPr>
            <w:tcW w:w="2042" w:type="dxa"/>
            <w:vAlign w:val="center"/>
          </w:tcPr>
          <w:p w14:paraId="60F328D5" w14:textId="77777777" w:rsidR="00540FC2" w:rsidRPr="00FE490B" w:rsidRDefault="007477C1">
            <w:pPr>
              <w:rPr>
                <w:sz w:val="16"/>
                <w:szCs w:val="16"/>
              </w:rPr>
            </w:pPr>
            <w:r w:rsidRPr="00FE490B">
              <w:rPr>
                <w:sz w:val="16"/>
                <w:szCs w:val="16"/>
              </w:rPr>
              <w:t>1</w:t>
            </w:r>
          </w:p>
        </w:tc>
        <w:tc>
          <w:tcPr>
            <w:tcW w:w="2043" w:type="dxa"/>
            <w:vAlign w:val="center"/>
          </w:tcPr>
          <w:p w14:paraId="6B726412" w14:textId="77777777" w:rsidR="00540FC2" w:rsidRDefault="007477C1">
            <w:r>
              <w:rPr>
                <w:sz w:val="14"/>
              </w:rPr>
              <w:t>1920x1080 (2 MP)</w:t>
            </w:r>
          </w:p>
        </w:tc>
        <w:tc>
          <w:tcPr>
            <w:tcW w:w="2043" w:type="dxa"/>
            <w:vAlign w:val="center"/>
          </w:tcPr>
          <w:p w14:paraId="1E75E793" w14:textId="77777777" w:rsidR="00540FC2" w:rsidRDefault="007477C1">
            <w:r>
              <w:rPr>
                <w:sz w:val="14"/>
              </w:rPr>
              <w:t>Indoor</w:t>
            </w:r>
          </w:p>
        </w:tc>
      </w:tr>
      <w:tr w:rsidR="00540FC2" w14:paraId="179B6D6A" w14:textId="77777777" w:rsidTr="00E37632">
        <w:trPr>
          <w:jc w:val="center"/>
        </w:trPr>
        <w:tc>
          <w:tcPr>
            <w:tcW w:w="2043" w:type="dxa"/>
            <w:vAlign w:val="center"/>
          </w:tcPr>
          <w:p w14:paraId="6ED2EB68" w14:textId="77777777" w:rsidR="00540FC2" w:rsidRDefault="007477C1">
            <w:r>
              <w:rPr>
                <w:sz w:val="14"/>
              </w:rPr>
              <w:t>AXIS P3275-LVE 10 mm</w:t>
            </w:r>
          </w:p>
        </w:tc>
        <w:tc>
          <w:tcPr>
            <w:tcW w:w="2043" w:type="dxa"/>
            <w:vAlign w:val="center"/>
          </w:tcPr>
          <w:p w14:paraId="2C9DE2DA" w14:textId="77777777" w:rsidR="00540FC2" w:rsidRPr="00FE490B" w:rsidRDefault="007477C1">
            <w:pPr>
              <w:rPr>
                <w:sz w:val="16"/>
                <w:szCs w:val="16"/>
              </w:rPr>
            </w:pPr>
            <w:r w:rsidRPr="00FE490B">
              <w:rPr>
                <w:sz w:val="16"/>
                <w:szCs w:val="16"/>
              </w:rPr>
              <w:t>03150-001</w:t>
            </w:r>
          </w:p>
        </w:tc>
        <w:tc>
          <w:tcPr>
            <w:tcW w:w="2042" w:type="dxa"/>
            <w:vAlign w:val="center"/>
          </w:tcPr>
          <w:p w14:paraId="40149897" w14:textId="4270CECC" w:rsidR="00540FC2" w:rsidRPr="00FE490B" w:rsidRDefault="00D7656C">
            <w:pPr>
              <w:rPr>
                <w:sz w:val="16"/>
                <w:szCs w:val="16"/>
              </w:rPr>
            </w:pPr>
            <w:r w:rsidRPr="00FE490B">
              <w:rPr>
                <w:sz w:val="16"/>
                <w:szCs w:val="16"/>
              </w:rPr>
              <w:t>5</w:t>
            </w:r>
          </w:p>
        </w:tc>
        <w:tc>
          <w:tcPr>
            <w:tcW w:w="2043" w:type="dxa"/>
            <w:vAlign w:val="center"/>
          </w:tcPr>
          <w:p w14:paraId="712EB910" w14:textId="77777777" w:rsidR="00540FC2" w:rsidRDefault="007477C1">
            <w:r>
              <w:rPr>
                <w:sz w:val="14"/>
              </w:rPr>
              <w:t>1920x1080 (2 MP)</w:t>
            </w:r>
          </w:p>
        </w:tc>
        <w:tc>
          <w:tcPr>
            <w:tcW w:w="2043" w:type="dxa"/>
            <w:vAlign w:val="center"/>
          </w:tcPr>
          <w:p w14:paraId="287E7D58" w14:textId="77777777" w:rsidR="00540FC2" w:rsidRDefault="007477C1">
            <w:r>
              <w:rPr>
                <w:sz w:val="14"/>
              </w:rPr>
              <w:t>Outdoor</w:t>
            </w:r>
          </w:p>
        </w:tc>
      </w:tr>
      <w:tr w:rsidR="00540FC2" w14:paraId="42FE6357" w14:textId="77777777" w:rsidTr="00E37632">
        <w:trPr>
          <w:jc w:val="center"/>
        </w:trPr>
        <w:tc>
          <w:tcPr>
            <w:tcW w:w="2043" w:type="dxa"/>
            <w:vAlign w:val="center"/>
          </w:tcPr>
          <w:p w14:paraId="40C14A2F" w14:textId="77777777" w:rsidR="00540FC2" w:rsidRDefault="007477C1">
            <w:r>
              <w:rPr>
                <w:sz w:val="14"/>
              </w:rPr>
              <w:t>AXIS P3275-V</w:t>
            </w:r>
          </w:p>
        </w:tc>
        <w:tc>
          <w:tcPr>
            <w:tcW w:w="2043" w:type="dxa"/>
            <w:vAlign w:val="center"/>
          </w:tcPr>
          <w:p w14:paraId="5247BC46" w14:textId="77777777" w:rsidR="00540FC2" w:rsidRPr="00FE490B" w:rsidRDefault="007477C1">
            <w:pPr>
              <w:rPr>
                <w:sz w:val="16"/>
                <w:szCs w:val="16"/>
              </w:rPr>
            </w:pPr>
            <w:r w:rsidRPr="00FE490B">
              <w:rPr>
                <w:sz w:val="16"/>
                <w:szCs w:val="16"/>
              </w:rPr>
              <w:t>03501-001</w:t>
            </w:r>
          </w:p>
        </w:tc>
        <w:tc>
          <w:tcPr>
            <w:tcW w:w="2042" w:type="dxa"/>
            <w:vAlign w:val="center"/>
          </w:tcPr>
          <w:p w14:paraId="250EA30C" w14:textId="000C8520" w:rsidR="00540FC2" w:rsidRPr="00FE490B" w:rsidRDefault="006A7681">
            <w:pPr>
              <w:rPr>
                <w:sz w:val="16"/>
                <w:szCs w:val="16"/>
              </w:rPr>
            </w:pPr>
            <w:r w:rsidRPr="00FE490B">
              <w:rPr>
                <w:sz w:val="16"/>
                <w:szCs w:val="16"/>
              </w:rPr>
              <w:t>1</w:t>
            </w:r>
            <w:r w:rsidR="0014144E" w:rsidRPr="00FE490B">
              <w:rPr>
                <w:sz w:val="16"/>
                <w:szCs w:val="16"/>
              </w:rPr>
              <w:t>6</w:t>
            </w:r>
          </w:p>
        </w:tc>
        <w:tc>
          <w:tcPr>
            <w:tcW w:w="2043" w:type="dxa"/>
            <w:vAlign w:val="center"/>
          </w:tcPr>
          <w:p w14:paraId="3D91C020" w14:textId="77777777" w:rsidR="00540FC2" w:rsidRDefault="007477C1">
            <w:r>
              <w:rPr>
                <w:sz w:val="14"/>
              </w:rPr>
              <w:t>1920x1080 (2 MP)</w:t>
            </w:r>
          </w:p>
        </w:tc>
        <w:tc>
          <w:tcPr>
            <w:tcW w:w="2043" w:type="dxa"/>
            <w:vAlign w:val="center"/>
          </w:tcPr>
          <w:p w14:paraId="1B847161" w14:textId="77777777" w:rsidR="00540FC2" w:rsidRDefault="007477C1">
            <w:r>
              <w:rPr>
                <w:sz w:val="14"/>
              </w:rPr>
              <w:t>Indoor</w:t>
            </w:r>
          </w:p>
        </w:tc>
      </w:tr>
      <w:tr w:rsidR="00C019CA" w14:paraId="30335069" w14:textId="77777777" w:rsidTr="00E37632">
        <w:trPr>
          <w:jc w:val="center"/>
        </w:trPr>
        <w:tc>
          <w:tcPr>
            <w:tcW w:w="2043" w:type="dxa"/>
            <w:vAlign w:val="center"/>
          </w:tcPr>
          <w:p w14:paraId="0F4F6F14" w14:textId="5130299B" w:rsidR="00C019CA" w:rsidRDefault="00C019CA">
            <w:pPr>
              <w:rPr>
                <w:sz w:val="14"/>
              </w:rPr>
            </w:pPr>
            <w:r>
              <w:rPr>
                <w:sz w:val="14"/>
              </w:rPr>
              <w:t>AXIS M3215-LVE</w:t>
            </w:r>
          </w:p>
        </w:tc>
        <w:tc>
          <w:tcPr>
            <w:tcW w:w="2043" w:type="dxa"/>
            <w:vAlign w:val="center"/>
          </w:tcPr>
          <w:p w14:paraId="756507B0" w14:textId="67CBB4E2" w:rsidR="00C019CA" w:rsidRPr="00FE490B" w:rsidRDefault="00C019CA">
            <w:pPr>
              <w:rPr>
                <w:sz w:val="16"/>
                <w:szCs w:val="16"/>
              </w:rPr>
            </w:pPr>
            <w:r w:rsidRPr="00FE490B">
              <w:rPr>
                <w:sz w:val="16"/>
                <w:szCs w:val="16"/>
              </w:rPr>
              <w:t>02371</w:t>
            </w:r>
            <w:r w:rsidR="007508B4" w:rsidRPr="00FE490B">
              <w:rPr>
                <w:sz w:val="16"/>
                <w:szCs w:val="16"/>
              </w:rPr>
              <w:t>-001</w:t>
            </w:r>
          </w:p>
        </w:tc>
        <w:tc>
          <w:tcPr>
            <w:tcW w:w="2042" w:type="dxa"/>
            <w:vAlign w:val="center"/>
          </w:tcPr>
          <w:p w14:paraId="3FE4D855" w14:textId="0CE72EAD" w:rsidR="00C019CA" w:rsidRPr="00FE490B" w:rsidRDefault="007508B4">
            <w:pPr>
              <w:rPr>
                <w:sz w:val="16"/>
                <w:szCs w:val="16"/>
              </w:rPr>
            </w:pPr>
            <w:r w:rsidRPr="00FE490B">
              <w:rPr>
                <w:sz w:val="16"/>
                <w:szCs w:val="16"/>
              </w:rPr>
              <w:t>7</w:t>
            </w:r>
          </w:p>
        </w:tc>
        <w:tc>
          <w:tcPr>
            <w:tcW w:w="2043" w:type="dxa"/>
            <w:vAlign w:val="center"/>
          </w:tcPr>
          <w:p w14:paraId="494C1636" w14:textId="4EC5BB23" w:rsidR="00C019CA" w:rsidRDefault="003A115F">
            <w:pPr>
              <w:rPr>
                <w:sz w:val="14"/>
              </w:rPr>
            </w:pPr>
            <w:r>
              <w:rPr>
                <w:sz w:val="14"/>
              </w:rPr>
              <w:t>1920x1080 (2 MP)</w:t>
            </w:r>
          </w:p>
        </w:tc>
        <w:tc>
          <w:tcPr>
            <w:tcW w:w="2043" w:type="dxa"/>
            <w:vAlign w:val="center"/>
          </w:tcPr>
          <w:p w14:paraId="06FCED96" w14:textId="6A7D759B" w:rsidR="00C019CA" w:rsidRDefault="003A115F">
            <w:pPr>
              <w:rPr>
                <w:sz w:val="14"/>
              </w:rPr>
            </w:pPr>
            <w:r>
              <w:rPr>
                <w:sz w:val="14"/>
              </w:rPr>
              <w:t>Outdoor</w:t>
            </w:r>
          </w:p>
        </w:tc>
      </w:tr>
      <w:tr w:rsidR="00540FC2" w14:paraId="60589FF0" w14:textId="77777777" w:rsidTr="00E37632">
        <w:trPr>
          <w:jc w:val="center"/>
        </w:trPr>
        <w:tc>
          <w:tcPr>
            <w:tcW w:w="2043" w:type="dxa"/>
            <w:vAlign w:val="center"/>
          </w:tcPr>
          <w:p w14:paraId="3435D6ED" w14:textId="77777777" w:rsidR="00540FC2" w:rsidRDefault="007477C1">
            <w:r>
              <w:rPr>
                <w:sz w:val="14"/>
              </w:rPr>
              <w:t>AXIS P3735-PLE</w:t>
            </w:r>
          </w:p>
        </w:tc>
        <w:tc>
          <w:tcPr>
            <w:tcW w:w="2043" w:type="dxa"/>
            <w:vAlign w:val="center"/>
          </w:tcPr>
          <w:p w14:paraId="1082FF2B" w14:textId="77777777" w:rsidR="00540FC2" w:rsidRPr="00FE490B" w:rsidRDefault="007477C1">
            <w:pPr>
              <w:rPr>
                <w:sz w:val="16"/>
                <w:szCs w:val="16"/>
              </w:rPr>
            </w:pPr>
            <w:r w:rsidRPr="00FE490B">
              <w:rPr>
                <w:sz w:val="16"/>
                <w:szCs w:val="16"/>
              </w:rPr>
              <w:t>02633-001</w:t>
            </w:r>
          </w:p>
        </w:tc>
        <w:tc>
          <w:tcPr>
            <w:tcW w:w="2042" w:type="dxa"/>
            <w:vAlign w:val="center"/>
          </w:tcPr>
          <w:p w14:paraId="0C83C986" w14:textId="77777777" w:rsidR="00540FC2" w:rsidRPr="00FE490B" w:rsidRDefault="007477C1">
            <w:pPr>
              <w:rPr>
                <w:sz w:val="16"/>
                <w:szCs w:val="16"/>
              </w:rPr>
            </w:pPr>
            <w:r w:rsidRPr="00FE490B">
              <w:rPr>
                <w:sz w:val="16"/>
                <w:szCs w:val="16"/>
              </w:rPr>
              <w:t>3</w:t>
            </w:r>
          </w:p>
        </w:tc>
        <w:tc>
          <w:tcPr>
            <w:tcW w:w="2043" w:type="dxa"/>
            <w:vAlign w:val="center"/>
          </w:tcPr>
          <w:p w14:paraId="36D6D64C" w14:textId="77777777" w:rsidR="00540FC2" w:rsidRDefault="007477C1">
            <w:r>
              <w:rPr>
                <w:sz w:val="14"/>
              </w:rPr>
              <w:t>4 x 1920x1080</w:t>
            </w:r>
          </w:p>
        </w:tc>
        <w:tc>
          <w:tcPr>
            <w:tcW w:w="2043" w:type="dxa"/>
            <w:vAlign w:val="center"/>
          </w:tcPr>
          <w:p w14:paraId="6AE7F96C" w14:textId="77777777" w:rsidR="00540FC2" w:rsidRDefault="007477C1">
            <w:r>
              <w:rPr>
                <w:sz w:val="14"/>
              </w:rPr>
              <w:t>Outdoor</w:t>
            </w:r>
          </w:p>
        </w:tc>
      </w:tr>
      <w:tr w:rsidR="00540FC2" w14:paraId="26044EBE" w14:textId="77777777" w:rsidTr="00E37632">
        <w:trPr>
          <w:jc w:val="center"/>
        </w:trPr>
        <w:tc>
          <w:tcPr>
            <w:tcW w:w="2043" w:type="dxa"/>
            <w:vAlign w:val="center"/>
          </w:tcPr>
          <w:p w14:paraId="2AA8C3A4" w14:textId="77777777" w:rsidR="00540FC2" w:rsidRDefault="007477C1">
            <w:r>
              <w:rPr>
                <w:sz w:val="14"/>
              </w:rPr>
              <w:t>AXIS P9117-PV</w:t>
            </w:r>
          </w:p>
        </w:tc>
        <w:tc>
          <w:tcPr>
            <w:tcW w:w="2043" w:type="dxa"/>
            <w:vAlign w:val="center"/>
          </w:tcPr>
          <w:p w14:paraId="27663728" w14:textId="77777777" w:rsidR="00540FC2" w:rsidRPr="00FE490B" w:rsidRDefault="007477C1">
            <w:pPr>
              <w:rPr>
                <w:sz w:val="16"/>
                <w:szCs w:val="16"/>
              </w:rPr>
            </w:pPr>
            <w:r w:rsidRPr="00FE490B">
              <w:rPr>
                <w:sz w:val="16"/>
                <w:szCs w:val="16"/>
              </w:rPr>
              <w:t>02864-001</w:t>
            </w:r>
          </w:p>
        </w:tc>
        <w:tc>
          <w:tcPr>
            <w:tcW w:w="2042" w:type="dxa"/>
            <w:vAlign w:val="center"/>
          </w:tcPr>
          <w:p w14:paraId="175EC570" w14:textId="77777777" w:rsidR="00540FC2" w:rsidRPr="00FE490B" w:rsidRDefault="007477C1">
            <w:pPr>
              <w:rPr>
                <w:sz w:val="16"/>
                <w:szCs w:val="16"/>
              </w:rPr>
            </w:pPr>
            <w:r w:rsidRPr="00FE490B">
              <w:rPr>
                <w:sz w:val="16"/>
                <w:szCs w:val="16"/>
              </w:rPr>
              <w:t>1</w:t>
            </w:r>
          </w:p>
        </w:tc>
        <w:tc>
          <w:tcPr>
            <w:tcW w:w="2043" w:type="dxa"/>
            <w:vAlign w:val="center"/>
          </w:tcPr>
          <w:p w14:paraId="29C90D3D" w14:textId="77777777" w:rsidR="00540FC2" w:rsidRDefault="007477C1">
            <w:r>
              <w:rPr>
                <w:sz w:val="14"/>
              </w:rPr>
              <w:t>2160x2160 (6 MP)</w:t>
            </w:r>
          </w:p>
        </w:tc>
        <w:tc>
          <w:tcPr>
            <w:tcW w:w="2043" w:type="dxa"/>
            <w:vAlign w:val="center"/>
          </w:tcPr>
          <w:p w14:paraId="210DB5CD" w14:textId="77777777" w:rsidR="00540FC2" w:rsidRDefault="007477C1">
            <w:r>
              <w:rPr>
                <w:sz w:val="14"/>
              </w:rPr>
              <w:t>Indoor</w:t>
            </w:r>
          </w:p>
        </w:tc>
      </w:tr>
      <w:tr w:rsidR="00540FC2" w14:paraId="1A8E61A4" w14:textId="77777777" w:rsidTr="00E37632">
        <w:trPr>
          <w:jc w:val="center"/>
        </w:trPr>
        <w:tc>
          <w:tcPr>
            <w:tcW w:w="2043" w:type="dxa"/>
            <w:vAlign w:val="center"/>
          </w:tcPr>
          <w:p w14:paraId="0E4D9DA0" w14:textId="77777777" w:rsidR="00540FC2" w:rsidRDefault="007477C1">
            <w:r>
              <w:rPr>
                <w:sz w:val="14"/>
              </w:rPr>
              <w:t>AXIS Q3546-LVE 10 mm</w:t>
            </w:r>
          </w:p>
        </w:tc>
        <w:tc>
          <w:tcPr>
            <w:tcW w:w="2043" w:type="dxa"/>
            <w:vAlign w:val="center"/>
          </w:tcPr>
          <w:p w14:paraId="52A4CB5B" w14:textId="77777777" w:rsidR="00540FC2" w:rsidRPr="00FE490B" w:rsidRDefault="007477C1">
            <w:pPr>
              <w:rPr>
                <w:sz w:val="16"/>
                <w:szCs w:val="16"/>
              </w:rPr>
            </w:pPr>
            <w:r w:rsidRPr="00FE490B">
              <w:rPr>
                <w:sz w:val="16"/>
                <w:szCs w:val="16"/>
              </w:rPr>
              <w:t>02971-001</w:t>
            </w:r>
          </w:p>
        </w:tc>
        <w:tc>
          <w:tcPr>
            <w:tcW w:w="2042" w:type="dxa"/>
            <w:vAlign w:val="center"/>
          </w:tcPr>
          <w:p w14:paraId="171A3FCC" w14:textId="77777777" w:rsidR="00540FC2" w:rsidRPr="00FE490B" w:rsidRDefault="007477C1">
            <w:pPr>
              <w:rPr>
                <w:sz w:val="16"/>
                <w:szCs w:val="16"/>
              </w:rPr>
            </w:pPr>
            <w:r w:rsidRPr="00FE490B">
              <w:rPr>
                <w:sz w:val="16"/>
                <w:szCs w:val="16"/>
              </w:rPr>
              <w:t>6</w:t>
            </w:r>
          </w:p>
        </w:tc>
        <w:tc>
          <w:tcPr>
            <w:tcW w:w="2043" w:type="dxa"/>
            <w:vAlign w:val="center"/>
          </w:tcPr>
          <w:p w14:paraId="650E3180" w14:textId="77777777" w:rsidR="00540FC2" w:rsidRDefault="007477C1">
            <w:r>
              <w:rPr>
                <w:sz w:val="14"/>
              </w:rPr>
              <w:t>2688x1512 (4 MP)</w:t>
            </w:r>
          </w:p>
        </w:tc>
        <w:tc>
          <w:tcPr>
            <w:tcW w:w="2043" w:type="dxa"/>
            <w:vAlign w:val="center"/>
          </w:tcPr>
          <w:p w14:paraId="6C8DE4C6" w14:textId="77777777" w:rsidR="00540FC2" w:rsidRDefault="007477C1">
            <w:r>
              <w:rPr>
                <w:sz w:val="14"/>
              </w:rPr>
              <w:t>Outdoor</w:t>
            </w:r>
          </w:p>
        </w:tc>
      </w:tr>
    </w:tbl>
    <w:p w14:paraId="63447EA8" w14:textId="77777777" w:rsidR="00540FC2" w:rsidRDefault="007477C1">
      <w:pPr>
        <w:pStyle w:val="Heading1"/>
      </w:pPr>
      <w:r>
        <w:t>5. Installation and Configuration Requirements</w:t>
      </w:r>
    </w:p>
    <w:p w14:paraId="55BBE811" w14:textId="77777777" w:rsidR="00540FC2" w:rsidRDefault="007477C1">
      <w:pPr>
        <w:pStyle w:val="ListBullet"/>
      </w:pPr>
      <w:r>
        <w:t xml:space="preserve">Reuse existing structured </w:t>
      </w:r>
      <w:proofErr w:type="gramStart"/>
      <w:r>
        <w:t>cabling</w:t>
      </w:r>
      <w:proofErr w:type="gramEnd"/>
      <w:r>
        <w:t xml:space="preserve"> where it passes inspection and is compatible with the replacement device. Cabling replacement is a change-order item unless expressly included.</w:t>
      </w:r>
    </w:p>
    <w:p w14:paraId="24C2C9BE" w14:textId="77777777" w:rsidR="00540FC2" w:rsidRDefault="007477C1">
      <w:pPr>
        <w:pStyle w:val="ListBullet"/>
      </w:pPr>
      <w:r>
        <w:t>Confirm adequate PoE power and switch capacity before cutover. Network infrastructure upgrades are excluded unless specifically included.</w:t>
      </w:r>
    </w:p>
    <w:p w14:paraId="5FC23146" w14:textId="77777777" w:rsidR="00540FC2" w:rsidRDefault="007477C1">
      <w:pPr>
        <w:pStyle w:val="ListBullet"/>
      </w:pPr>
      <w:r>
        <w:t>Maintain existing camera coverage to the greatest practical extent. Where field of view or mounting geometry changes, perform final aiming and coverage verification with the Owner.</w:t>
      </w:r>
    </w:p>
    <w:p w14:paraId="37E92D90" w14:textId="77777777" w:rsidR="00540FC2" w:rsidRDefault="007477C1">
      <w:pPr>
        <w:pStyle w:val="ListBullet"/>
      </w:pPr>
      <w:r>
        <w:t>Coordinate camera outages with the Owner and replace devices in a controlled sequence to minimize surveillance downtime.</w:t>
      </w:r>
    </w:p>
    <w:p w14:paraId="0785ACB5" w14:textId="77777777" w:rsidR="00540FC2" w:rsidRDefault="007477C1">
      <w:pPr>
        <w:pStyle w:val="ListBullet"/>
      </w:pPr>
      <w:r>
        <w:t xml:space="preserve">Use Owner-approved credentials and cybersecurity standards; </w:t>
      </w:r>
      <w:r w:rsidRPr="00830DA5">
        <w:rPr>
          <w:b/>
          <w:bCs/>
        </w:rPr>
        <w:t>no default passwords</w:t>
      </w:r>
      <w:r>
        <w:t xml:space="preserve"> shall remain in production.</w:t>
      </w:r>
    </w:p>
    <w:p w14:paraId="2E3F427E" w14:textId="77777777" w:rsidR="00540FC2" w:rsidRDefault="007477C1">
      <w:pPr>
        <w:pStyle w:val="ListBullet"/>
      </w:pPr>
      <w:r>
        <w:t>Update device firmware/AXIS OS to the Owner-approved release, subject to VMS compatibility.</w:t>
      </w:r>
    </w:p>
    <w:p w14:paraId="4BE6B217" w14:textId="77777777" w:rsidR="00540FC2" w:rsidRDefault="007477C1">
      <w:pPr>
        <w:pStyle w:val="ListBullet"/>
      </w:pPr>
      <w:r>
        <w:t>Configure HTTPS and validate TLS 1.3 support. The supplied AXIS OS source note states that AXIS OS supports TLS 1.2 and TLS 1.3 cipher suites for HTTPS.</w:t>
      </w:r>
    </w:p>
    <w:p w14:paraId="36AB2D90" w14:textId="77777777" w:rsidR="00226F49" w:rsidRPr="009F3149" w:rsidRDefault="00226F49" w:rsidP="00226F49">
      <w:pPr>
        <w:pStyle w:val="ListBullet"/>
        <w:rPr>
          <w:szCs w:val="19"/>
        </w:rPr>
      </w:pPr>
      <w:r w:rsidRPr="009F3149">
        <w:t xml:space="preserve">Installer </w:t>
      </w:r>
      <w:r w:rsidRPr="009F3149">
        <w:rPr>
          <w:szCs w:val="19"/>
        </w:rPr>
        <w:t xml:space="preserve">must have the following certifications: </w:t>
      </w:r>
    </w:p>
    <w:p w14:paraId="5FFFC38E" w14:textId="77777777" w:rsidR="00226F49" w:rsidRPr="009F3149" w:rsidRDefault="00226F49" w:rsidP="00226F49">
      <w:pPr>
        <w:pStyle w:val="NoSpacing"/>
        <w:ind w:firstLine="360"/>
        <w:rPr>
          <w:rFonts w:ascii="Aptos" w:hAnsi="Aptos"/>
          <w:sz w:val="19"/>
          <w:szCs w:val="19"/>
        </w:rPr>
      </w:pPr>
      <w:r w:rsidRPr="009F3149">
        <w:rPr>
          <w:rFonts w:ascii="Aptos" w:hAnsi="Aptos"/>
          <w:sz w:val="19"/>
          <w:szCs w:val="19"/>
        </w:rPr>
        <w:t>MCDE (Milestone CCTV Certified Design Engineer)</w:t>
      </w:r>
    </w:p>
    <w:p w14:paraId="71FDFB0B" w14:textId="77777777" w:rsidR="00226F49" w:rsidRPr="009F3149" w:rsidRDefault="00226F49" w:rsidP="00226F49">
      <w:pPr>
        <w:pStyle w:val="NoSpacing"/>
        <w:ind w:firstLine="360"/>
        <w:rPr>
          <w:rFonts w:ascii="Aptos" w:hAnsi="Aptos"/>
          <w:sz w:val="19"/>
          <w:szCs w:val="19"/>
        </w:rPr>
      </w:pPr>
      <w:r w:rsidRPr="009F3149">
        <w:rPr>
          <w:rFonts w:ascii="Aptos" w:hAnsi="Aptos"/>
          <w:sz w:val="19"/>
          <w:szCs w:val="19"/>
        </w:rPr>
        <w:t>MCIT (Milestone Certified Integration Technician)</w:t>
      </w:r>
    </w:p>
    <w:p w14:paraId="3794DABE" w14:textId="77777777" w:rsidR="00226F49" w:rsidRPr="009F3149" w:rsidRDefault="00226F49" w:rsidP="00226F49">
      <w:pPr>
        <w:pStyle w:val="NoSpacing"/>
        <w:ind w:firstLine="360"/>
        <w:rPr>
          <w:rFonts w:ascii="Aptos" w:hAnsi="Aptos"/>
          <w:sz w:val="19"/>
          <w:szCs w:val="19"/>
        </w:rPr>
      </w:pPr>
      <w:r w:rsidRPr="009F3149">
        <w:rPr>
          <w:rFonts w:ascii="Aptos" w:hAnsi="Aptos"/>
          <w:sz w:val="19"/>
          <w:szCs w:val="19"/>
        </w:rPr>
        <w:t>Axis Certified Professional (ACP)</w:t>
      </w:r>
    </w:p>
    <w:p w14:paraId="6B3A4D0F" w14:textId="77777777" w:rsidR="00226F49" w:rsidRDefault="00226F49">
      <w:pPr>
        <w:pStyle w:val="ListBullet"/>
      </w:pPr>
    </w:p>
    <w:p w14:paraId="6C4AFFC8" w14:textId="77777777" w:rsidR="00540FC2" w:rsidRDefault="007477C1">
      <w:pPr>
        <w:pStyle w:val="Heading1"/>
      </w:pPr>
      <w:r>
        <w:t>6. Testing and Acceptance</w:t>
      </w:r>
    </w:p>
    <w:p w14:paraId="14439D49" w14:textId="77777777" w:rsidR="00540FC2" w:rsidRDefault="007477C1">
      <w:pPr>
        <w:pStyle w:val="ListBullet"/>
      </w:pPr>
      <w:r>
        <w:t>Verify power, network connectivity, and intended network configuration.</w:t>
      </w:r>
    </w:p>
    <w:p w14:paraId="00F5B64A" w14:textId="77777777" w:rsidR="00540FC2" w:rsidRDefault="007477C1">
      <w:pPr>
        <w:pStyle w:val="ListBullet"/>
      </w:pPr>
      <w:r>
        <w:t>Verify live video in the designated VMS/client.</w:t>
      </w:r>
    </w:p>
    <w:p w14:paraId="6D5EF445" w14:textId="77777777" w:rsidR="00540FC2" w:rsidRDefault="007477C1">
      <w:pPr>
        <w:pStyle w:val="ListBullet"/>
      </w:pPr>
      <w:r>
        <w:t>Verify recording as required by the existing or approved system configuration.</w:t>
      </w:r>
    </w:p>
    <w:p w14:paraId="6ECDEE88" w14:textId="77777777" w:rsidR="00540FC2" w:rsidRDefault="007477C1">
      <w:pPr>
        <w:pStyle w:val="ListBullet"/>
      </w:pPr>
      <w:r>
        <w:t>Verify image orientation, focus, exposure, and field of view.</w:t>
      </w:r>
    </w:p>
    <w:p w14:paraId="6D44B956" w14:textId="77777777" w:rsidR="00540FC2" w:rsidRDefault="007477C1">
      <w:pPr>
        <w:pStyle w:val="ListBullet"/>
      </w:pPr>
      <w:r>
        <w:t>Verify IR operation for applicable models where nighttime operation is required.</w:t>
      </w:r>
    </w:p>
    <w:p w14:paraId="008701AC" w14:textId="77777777" w:rsidR="00540FC2" w:rsidRDefault="007477C1">
      <w:pPr>
        <w:pStyle w:val="ListBullet"/>
      </w:pPr>
      <w:r>
        <w:t>Verify PTZ movement, zoom, and presets for the AXIS P5654-E Mk II replacement.</w:t>
      </w:r>
    </w:p>
    <w:p w14:paraId="5657C67A" w14:textId="77777777" w:rsidR="00540FC2" w:rsidRDefault="007477C1">
      <w:pPr>
        <w:pStyle w:val="ListBullet"/>
      </w:pPr>
      <w:r>
        <w:t>Verify panoramic/multidirectional sensor views for AXIS M4327-P and AXIS P3735-PLE replacements.</w:t>
      </w:r>
    </w:p>
    <w:p w14:paraId="0066097F" w14:textId="77777777" w:rsidR="00540FC2" w:rsidRDefault="007477C1">
      <w:pPr>
        <w:pStyle w:val="ListBullet"/>
      </w:pPr>
      <w:r>
        <w:t>Verify video/audio intercom functions for the AXIS I8116-E replacement where applicable.</w:t>
      </w:r>
    </w:p>
    <w:p w14:paraId="6586FD8A" w14:textId="77777777" w:rsidR="00540FC2" w:rsidRDefault="007477C1">
      <w:pPr>
        <w:pStyle w:val="ListBullet"/>
      </w:pPr>
      <w:r>
        <w:t>Verify HTTPS/TLS configuration and document site-specific cybersecurity exceptions.</w:t>
      </w:r>
    </w:p>
    <w:p w14:paraId="06B97E04" w14:textId="77777777" w:rsidR="00540FC2" w:rsidRDefault="007477C1">
      <w:pPr>
        <w:pStyle w:val="ListBullet"/>
      </w:pPr>
      <w:r>
        <w:t>Correct installation/configuration deficiencies identified during commissioning and obtain Owner sign-off.</w:t>
      </w:r>
    </w:p>
    <w:p w14:paraId="15240A04" w14:textId="77777777" w:rsidR="00540FC2" w:rsidRDefault="007477C1">
      <w:pPr>
        <w:pStyle w:val="Heading1"/>
      </w:pPr>
      <w:r>
        <w:lastRenderedPageBreak/>
        <w:t>7. Deliverables</w:t>
      </w:r>
    </w:p>
    <w:p w14:paraId="22A0F586" w14:textId="77777777" w:rsidR="00540FC2" w:rsidRDefault="007477C1">
      <w:pPr>
        <w:pStyle w:val="ListBullet"/>
      </w:pPr>
      <w:r>
        <w:t>Installed and commissioned replacement devices.</w:t>
      </w:r>
    </w:p>
    <w:p w14:paraId="13F7E6C1" w14:textId="77777777" w:rsidR="00540FC2" w:rsidRDefault="007477C1">
      <w:pPr>
        <w:pStyle w:val="ListBullet"/>
      </w:pPr>
      <w:r>
        <w:t xml:space="preserve">Final device inventory </w:t>
      </w:r>
      <w:proofErr w:type="gramStart"/>
      <w:r>
        <w:t>including</w:t>
      </w:r>
      <w:proofErr w:type="gramEnd"/>
      <w:r>
        <w:t xml:space="preserve"> location, model, serial number, and IP address.</w:t>
      </w:r>
    </w:p>
    <w:p w14:paraId="285C421F" w14:textId="77777777" w:rsidR="00540FC2" w:rsidRDefault="007477C1">
      <w:pPr>
        <w:pStyle w:val="ListBullet"/>
      </w:pPr>
      <w:r>
        <w:t>Updated camera/device schedule or as-built location information, as applicable.</w:t>
      </w:r>
    </w:p>
    <w:p w14:paraId="76616817" w14:textId="77777777" w:rsidR="00540FC2" w:rsidRDefault="007477C1">
      <w:pPr>
        <w:pStyle w:val="ListBullet"/>
      </w:pPr>
      <w:r>
        <w:t>Configuration and commissioning checklist documenting test results.</w:t>
      </w:r>
    </w:p>
    <w:p w14:paraId="11E3297A" w14:textId="77777777" w:rsidR="00540FC2" w:rsidRDefault="007477C1">
      <w:pPr>
        <w:pStyle w:val="ListBullet"/>
      </w:pPr>
      <w:r>
        <w:t>Documentation of approved deviations or field changes.</w:t>
      </w:r>
    </w:p>
    <w:p w14:paraId="52BAEF2E" w14:textId="77777777" w:rsidR="00540FC2" w:rsidRDefault="007477C1">
      <w:pPr>
        <w:pStyle w:val="ListBullet"/>
      </w:pPr>
      <w:r>
        <w:t>Basic Owner orientation/training if included in the commercial proposal.</w:t>
      </w:r>
    </w:p>
    <w:p w14:paraId="032B9995" w14:textId="322DFAD9" w:rsidR="001019DD" w:rsidRPr="00FE490B" w:rsidRDefault="001019DD">
      <w:pPr>
        <w:pStyle w:val="ListBullet"/>
      </w:pPr>
      <w:r w:rsidRPr="00FE490B">
        <w:t xml:space="preserve">1 year workmanship warranty </w:t>
      </w:r>
    </w:p>
    <w:p w14:paraId="6876AAF3" w14:textId="77777777" w:rsidR="00540FC2" w:rsidRDefault="007477C1">
      <w:pPr>
        <w:pStyle w:val="Heading1"/>
      </w:pPr>
      <w:r>
        <w:t>8. Assumptions</w:t>
      </w:r>
    </w:p>
    <w:p w14:paraId="44D32684" w14:textId="6ABBFEC3" w:rsidR="00540FC2" w:rsidRDefault="007477C1">
      <w:pPr>
        <w:pStyle w:val="ListBullet"/>
      </w:pPr>
      <w:r>
        <w:t xml:space="preserve">Existing network, PoE, VMS, recording, and storage infrastructure </w:t>
      </w:r>
      <w:r w:rsidR="001019DD">
        <w:t>are</w:t>
      </w:r>
      <w:r>
        <w:t xml:space="preserve"> operational and </w:t>
      </w:r>
      <w:proofErr w:type="gramStart"/>
      <w:r>
        <w:t>has</w:t>
      </w:r>
      <w:proofErr w:type="gramEnd"/>
      <w:r>
        <w:t xml:space="preserve"> sufficient capacity unless identified during site verification.</w:t>
      </w:r>
    </w:p>
    <w:p w14:paraId="73797017" w14:textId="77777777" w:rsidR="00540FC2" w:rsidRDefault="007477C1">
      <w:pPr>
        <w:pStyle w:val="ListBullet"/>
      </w:pPr>
      <w:r>
        <w:t>Existing cable routes and mounting locations can generally be reused.</w:t>
      </w:r>
    </w:p>
    <w:p w14:paraId="14CE0FE7" w14:textId="77777777" w:rsidR="00540FC2" w:rsidRDefault="007477C1">
      <w:pPr>
        <w:pStyle w:val="ListBullet"/>
      </w:pPr>
      <w:r>
        <w:t>The Owner will provide network addressing, VLAN information, VMS access, cybersecurity requirements, and authorized credentials.</w:t>
      </w:r>
    </w:p>
    <w:p w14:paraId="4044D9F9" w14:textId="77777777" w:rsidR="00540FC2" w:rsidRDefault="007477C1">
      <w:pPr>
        <w:pStyle w:val="ListBullet"/>
      </w:pPr>
      <w:r>
        <w:t>Work will occur during mutually agreed access windows; after-hours, weekend, lift, traffic-control, or special-access requirements are excluded unless stated in the proposal.</w:t>
      </w:r>
    </w:p>
    <w:p w14:paraId="2C6B031E" w14:textId="77777777" w:rsidR="00540FC2" w:rsidRDefault="007477C1">
      <w:pPr>
        <w:pStyle w:val="ListBullet"/>
      </w:pPr>
      <w:r>
        <w:t>Permits, structural repairs, major electrical work, and fire/life-safety work are excluded unless specifically listed in the contract.</w:t>
      </w:r>
    </w:p>
    <w:p w14:paraId="206371B0" w14:textId="77777777" w:rsidR="00540FC2" w:rsidRDefault="007477C1">
      <w:pPr>
        <w:pStyle w:val="Heading1"/>
      </w:pPr>
      <w:r>
        <w:t>9. Exclusions / Potential Change-Order Items</w:t>
      </w:r>
    </w:p>
    <w:p w14:paraId="220D33F9" w14:textId="77777777" w:rsidR="00540FC2" w:rsidRDefault="007477C1">
      <w:pPr>
        <w:pStyle w:val="ListBullet"/>
      </w:pPr>
      <w:r>
        <w:t>Replacement or remediation of damaged/failed structured cabling.</w:t>
      </w:r>
    </w:p>
    <w:p w14:paraId="6F8F926C" w14:textId="77777777" w:rsidR="00540FC2" w:rsidRDefault="007477C1">
      <w:pPr>
        <w:pStyle w:val="ListBullet"/>
      </w:pPr>
      <w:r>
        <w:t>New network switches, PoE injectors, UPS systems, fiber equipment, or other network infrastructure.</w:t>
      </w:r>
    </w:p>
    <w:p w14:paraId="71F13790" w14:textId="77777777" w:rsidR="00540FC2" w:rsidRDefault="007477C1">
      <w:pPr>
        <w:pStyle w:val="ListBullet"/>
      </w:pPr>
      <w:r>
        <w:t>VMS licensing, recording-server upgrades, storage expansion, or third-party software licensing.</w:t>
      </w:r>
    </w:p>
    <w:p w14:paraId="4DED72BE" w14:textId="77777777" w:rsidR="00540FC2" w:rsidRDefault="007477C1">
      <w:pPr>
        <w:pStyle w:val="ListBullet"/>
      </w:pPr>
      <w:r>
        <w:t xml:space="preserve">Major camera relocation </w:t>
      </w:r>
      <w:proofErr w:type="gramStart"/>
      <w:r>
        <w:t>requiring</w:t>
      </w:r>
      <w:proofErr w:type="gramEnd"/>
      <w:r>
        <w:t xml:space="preserve"> new pathways, coring, trenching, structural reinforcement, or significant electrical work.</w:t>
      </w:r>
    </w:p>
    <w:p w14:paraId="2957BE5D" w14:textId="77777777" w:rsidR="00540FC2" w:rsidRDefault="007477C1">
      <w:pPr>
        <w:pStyle w:val="ListBullet"/>
      </w:pPr>
      <w:r>
        <w:t>Painting, patching, roofing, weatherproofing repairs, or restoration beyond normal minor installation activities.</w:t>
      </w:r>
    </w:p>
    <w:p w14:paraId="262EB95F" w14:textId="7C32DEB7" w:rsidR="00540FC2" w:rsidRPr="00FE490B" w:rsidRDefault="007477C1">
      <w:pPr>
        <w:pStyle w:val="ListBullet"/>
      </w:pPr>
      <w:r>
        <w:t>Third-party system integration not already supported/configured in the existing environment.</w:t>
      </w:r>
      <w:r w:rsidR="001019DD">
        <w:t xml:space="preserve"> </w:t>
      </w:r>
      <w:r w:rsidR="001019DD" w:rsidRPr="00FE490B">
        <w:t>Excluding the existing Milestone platform.</w:t>
      </w:r>
    </w:p>
    <w:p w14:paraId="698A4534" w14:textId="77777777" w:rsidR="00540FC2" w:rsidRDefault="007477C1">
      <w:pPr>
        <w:pStyle w:val="ListBullet"/>
      </w:pPr>
      <w:r>
        <w:t>Correction of pre-existing network, VMS, cybersecurity, or power problems unrelated to camera replacement.</w:t>
      </w:r>
    </w:p>
    <w:p w14:paraId="172A76C1" w14:textId="77777777" w:rsidR="00540FC2" w:rsidRPr="007F0D19" w:rsidRDefault="007477C1">
      <w:r>
        <w:t xml:space="preserve">Final pricing, schedule, labor hours, travel, lift/equipment requirements, taxes, freight, disposal fees, and warranty terms should </w:t>
      </w:r>
      <w:r w:rsidRPr="007F0D19">
        <w:t>be established in the contractor's commercial proposal. This Scope of Work defines the work content and equipment basis.</w:t>
      </w:r>
    </w:p>
    <w:p w14:paraId="4B1AC8AB" w14:textId="77777777" w:rsidR="007F0D19" w:rsidRDefault="007F0D19" w:rsidP="007F0D19"/>
    <w:p w14:paraId="053E8E59" w14:textId="77777777" w:rsidR="00EA1685" w:rsidRDefault="00EA1685" w:rsidP="007F0D19">
      <w:pPr>
        <w:pStyle w:val="Heading1"/>
        <w:rPr>
          <w:sz w:val="22"/>
          <w:szCs w:val="22"/>
        </w:rPr>
      </w:pPr>
    </w:p>
    <w:p w14:paraId="7FF14B7F" w14:textId="77777777" w:rsidR="00674836" w:rsidRPr="00674836" w:rsidRDefault="00674836" w:rsidP="00674836"/>
    <w:p w14:paraId="0E4CAC7F" w14:textId="77777777" w:rsidR="00EA1685" w:rsidRPr="00674836" w:rsidRDefault="00EA1685" w:rsidP="007F0D19">
      <w:pPr>
        <w:pStyle w:val="Heading1"/>
        <w:rPr>
          <w:sz w:val="22"/>
          <w:szCs w:val="22"/>
        </w:rPr>
      </w:pPr>
    </w:p>
    <w:p w14:paraId="32B8D2FE" w14:textId="77777777" w:rsidR="00226F49" w:rsidRDefault="00226F49" w:rsidP="007F0D19">
      <w:pPr>
        <w:pStyle w:val="Heading1"/>
        <w:rPr>
          <w:sz w:val="22"/>
          <w:szCs w:val="22"/>
        </w:rPr>
      </w:pPr>
    </w:p>
    <w:p w14:paraId="62C146EB" w14:textId="2FC1A3E2" w:rsidR="007F0D19" w:rsidRPr="00674836" w:rsidRDefault="007F0D19" w:rsidP="007F0D19">
      <w:pPr>
        <w:pStyle w:val="Heading1"/>
        <w:rPr>
          <w:sz w:val="22"/>
          <w:szCs w:val="22"/>
        </w:rPr>
      </w:pPr>
      <w:r w:rsidRPr="00674836">
        <w:rPr>
          <w:sz w:val="22"/>
          <w:szCs w:val="22"/>
        </w:rPr>
        <w:t>12. Bid Information</w:t>
      </w:r>
    </w:p>
    <w:p w14:paraId="239FCE3D" w14:textId="77777777" w:rsidR="007F0D19" w:rsidRPr="00674836" w:rsidRDefault="007F0D19" w:rsidP="007F0D19">
      <w:pPr>
        <w:rPr>
          <w:sz w:val="22"/>
        </w:rPr>
      </w:pPr>
    </w:p>
    <w:p w14:paraId="3AE4E1EF" w14:textId="073DA3D7" w:rsidR="007F0D19" w:rsidRPr="00674836" w:rsidRDefault="007F0D19" w:rsidP="007F0D19">
      <w:pPr>
        <w:rPr>
          <w:rFonts w:ascii="Aptos Display" w:hAnsi="Aptos Display"/>
          <w:sz w:val="22"/>
        </w:rPr>
      </w:pPr>
      <w:r w:rsidRPr="00674836">
        <w:rPr>
          <w:rFonts w:ascii="Aptos Display" w:hAnsi="Aptos Display"/>
          <w:sz w:val="22"/>
        </w:rPr>
        <w:t>Site</w:t>
      </w:r>
      <w:r w:rsidR="00EA1685" w:rsidRPr="00674836">
        <w:rPr>
          <w:rFonts w:ascii="Aptos Display" w:hAnsi="Aptos Display"/>
          <w:sz w:val="22"/>
        </w:rPr>
        <w:t xml:space="preserve"> Locations: </w:t>
      </w:r>
      <w:r w:rsidRPr="00674836">
        <w:rPr>
          <w:rFonts w:ascii="Aptos Display" w:hAnsi="Aptos Display"/>
          <w:sz w:val="22"/>
        </w:rPr>
        <w:t xml:space="preserve"> </w:t>
      </w:r>
    </w:p>
    <w:p w14:paraId="6273B378" w14:textId="5B12B084" w:rsidR="007F0D19" w:rsidRPr="00674836" w:rsidRDefault="007F0D19" w:rsidP="007F0D19">
      <w:pPr>
        <w:pStyle w:val="NoSpacing"/>
        <w:rPr>
          <w:rFonts w:ascii="Aptos Display" w:hAnsi="Aptos Display"/>
        </w:rPr>
      </w:pPr>
      <w:r w:rsidRPr="00674836">
        <w:rPr>
          <w:rFonts w:ascii="Aptos Display" w:hAnsi="Aptos Display"/>
        </w:rPr>
        <w:t>Marshall</w:t>
      </w:r>
      <w:r w:rsidR="00FF2BF2" w:rsidRPr="00674836">
        <w:rPr>
          <w:rFonts w:ascii="Aptos Display" w:hAnsi="Aptos Display"/>
        </w:rPr>
        <w:t xml:space="preserve">/Interchange </w:t>
      </w:r>
      <w:r w:rsidR="00FF2BF2" w:rsidRPr="00674836">
        <w:rPr>
          <w:rFonts w:ascii="Arial" w:hAnsi="Arial" w:cs="Arial"/>
        </w:rPr>
        <w:t>10838 East Marshall Street, Tulsa, OK</w:t>
      </w:r>
      <w:r w:rsidR="00FF2BF2" w:rsidRPr="00674836">
        <w:rPr>
          <w:rFonts w:ascii="Aptos Display" w:hAnsi="Aptos Display"/>
        </w:rPr>
        <w:t xml:space="preserve"> </w:t>
      </w:r>
      <w:r w:rsidRPr="00674836">
        <w:rPr>
          <w:rFonts w:ascii="Aptos Display" w:hAnsi="Aptos Display"/>
        </w:rPr>
        <w:t xml:space="preserve">  </w:t>
      </w:r>
    </w:p>
    <w:p w14:paraId="5D0027E8" w14:textId="77777777" w:rsidR="00FF2BF2" w:rsidRPr="00674836" w:rsidRDefault="00FF2BF2" w:rsidP="007F0D19">
      <w:pPr>
        <w:pStyle w:val="NoSpacing"/>
        <w:rPr>
          <w:rFonts w:ascii="Aptos Display" w:hAnsi="Aptos Display"/>
        </w:rPr>
      </w:pPr>
    </w:p>
    <w:p w14:paraId="6A9581C7" w14:textId="6EBB258F" w:rsidR="007F0D19" w:rsidRPr="00674836" w:rsidRDefault="007F0D19" w:rsidP="00FF2BF2">
      <w:pPr>
        <w:rPr>
          <w:rFonts w:ascii="Aptos Display" w:hAnsi="Aptos Display"/>
          <w:sz w:val="22"/>
        </w:rPr>
      </w:pPr>
      <w:r w:rsidRPr="00674836">
        <w:rPr>
          <w:rFonts w:ascii="Aptos Display" w:hAnsi="Aptos Display"/>
          <w:sz w:val="22"/>
        </w:rPr>
        <w:t>Prison Museum</w:t>
      </w:r>
      <w:r w:rsidR="00FF2BF2" w:rsidRPr="00674836">
        <w:rPr>
          <w:rFonts w:ascii="Aptos Narrow" w:eastAsia="Times New Roman" w:hAnsi="Aptos Narrow" w:cs="Times New Roman"/>
          <w:color w:val="000000"/>
          <w:sz w:val="22"/>
        </w:rPr>
        <w:t xml:space="preserve">124 E Choctaw St, Tahlequah, OK </w:t>
      </w:r>
    </w:p>
    <w:p w14:paraId="04A08F35" w14:textId="06D7105B" w:rsidR="007F0D19" w:rsidRPr="00674836" w:rsidRDefault="007F0D19" w:rsidP="00FF2BF2">
      <w:pPr>
        <w:rPr>
          <w:rFonts w:ascii="Aptos Narrow" w:eastAsia="Times New Roman" w:hAnsi="Aptos Narrow" w:cs="Times New Roman"/>
          <w:color w:val="000000"/>
          <w:sz w:val="22"/>
        </w:rPr>
      </w:pPr>
      <w:r w:rsidRPr="00674836">
        <w:rPr>
          <w:rFonts w:ascii="Aptos Display" w:hAnsi="Aptos Display"/>
          <w:sz w:val="22"/>
        </w:rPr>
        <w:t xml:space="preserve">National History Museum </w:t>
      </w:r>
      <w:r w:rsidR="00FF2BF2" w:rsidRPr="00674836">
        <w:rPr>
          <w:rFonts w:ascii="Aptos Narrow" w:eastAsia="Times New Roman" w:hAnsi="Aptos Narrow" w:cs="Times New Roman"/>
          <w:color w:val="000000"/>
          <w:sz w:val="22"/>
        </w:rPr>
        <w:t>101 S Muskogee Ave, Tahlequah, OK</w:t>
      </w:r>
      <w:r w:rsidR="00FF2BF2" w:rsidRPr="00674836">
        <w:rPr>
          <w:rFonts w:ascii="Aptos Display" w:hAnsi="Aptos Display"/>
          <w:sz w:val="22"/>
        </w:rPr>
        <w:t xml:space="preserve"> </w:t>
      </w:r>
    </w:p>
    <w:p w14:paraId="1EA2848D" w14:textId="039B385F" w:rsidR="007F0D19" w:rsidRPr="00674836" w:rsidRDefault="007F0D19" w:rsidP="00FF2BF2">
      <w:pPr>
        <w:rPr>
          <w:rFonts w:ascii="Aptos Display" w:hAnsi="Aptos Display"/>
          <w:sz w:val="22"/>
        </w:rPr>
      </w:pPr>
      <w:r w:rsidRPr="00674836">
        <w:rPr>
          <w:rFonts w:ascii="Aptos Display" w:hAnsi="Aptos Display"/>
          <w:sz w:val="22"/>
        </w:rPr>
        <w:t>Cherokee Springs</w:t>
      </w:r>
      <w:r w:rsidR="00FF2BF2" w:rsidRPr="00674836">
        <w:rPr>
          <w:rFonts w:ascii="Aptos Display" w:hAnsi="Aptos Display"/>
          <w:sz w:val="22"/>
        </w:rPr>
        <w:t xml:space="preserve"> Golf </w:t>
      </w:r>
      <w:r w:rsidR="00FF2BF2" w:rsidRPr="00674836">
        <w:rPr>
          <w:rFonts w:ascii="Aptos Narrow" w:eastAsia="Times New Roman" w:hAnsi="Aptos Narrow" w:cs="Times New Roman"/>
          <w:color w:val="000000"/>
          <w:sz w:val="22"/>
        </w:rPr>
        <w:t>700 E Ballentine Rd, Tahlequah, OK</w:t>
      </w:r>
      <w:r w:rsidRPr="00674836">
        <w:rPr>
          <w:rFonts w:ascii="Aptos Display" w:hAnsi="Aptos Display"/>
          <w:sz w:val="22"/>
        </w:rPr>
        <w:t xml:space="preserve"> </w:t>
      </w:r>
    </w:p>
    <w:p w14:paraId="5BC3D3B6" w14:textId="74CE48A9" w:rsidR="007F0D19" w:rsidRPr="00674836" w:rsidRDefault="007F0D19" w:rsidP="00FF2BF2">
      <w:pPr>
        <w:rPr>
          <w:rFonts w:ascii="Aptos Narrow" w:eastAsia="Times New Roman" w:hAnsi="Aptos Narrow" w:cs="Times New Roman"/>
          <w:color w:val="000000"/>
          <w:sz w:val="22"/>
        </w:rPr>
      </w:pPr>
      <w:r w:rsidRPr="00674836">
        <w:rPr>
          <w:rFonts w:ascii="Aptos Display" w:hAnsi="Aptos Display"/>
          <w:sz w:val="22"/>
        </w:rPr>
        <w:t>Cherokee Trails Golf</w:t>
      </w:r>
      <w:r w:rsidR="00FF2BF2" w:rsidRPr="00674836">
        <w:rPr>
          <w:rFonts w:ascii="Aptos Display" w:hAnsi="Aptos Display"/>
          <w:sz w:val="22"/>
        </w:rPr>
        <w:t xml:space="preserve"> </w:t>
      </w:r>
      <w:r w:rsidR="00FF2BF2" w:rsidRPr="00674836">
        <w:rPr>
          <w:rFonts w:ascii="Aptos Narrow" w:eastAsia="Times New Roman" w:hAnsi="Aptos Narrow" w:cs="Times New Roman"/>
          <w:color w:val="000000"/>
          <w:sz w:val="22"/>
        </w:rPr>
        <w:t>22706 S 504 Rd, Tahlequah, OK</w:t>
      </w:r>
      <w:r w:rsidR="00FF2BF2" w:rsidRPr="00674836">
        <w:rPr>
          <w:rFonts w:ascii="Aptos Display" w:hAnsi="Aptos Display"/>
          <w:sz w:val="22"/>
        </w:rPr>
        <w:t xml:space="preserve"> </w:t>
      </w:r>
    </w:p>
    <w:p w14:paraId="029DD9B1" w14:textId="5E2D949C" w:rsidR="007F0D19" w:rsidRPr="00674836" w:rsidRDefault="007F0D19" w:rsidP="00FF2BF2">
      <w:pPr>
        <w:rPr>
          <w:rFonts w:ascii="Aptos Display" w:hAnsi="Aptos Display"/>
          <w:sz w:val="22"/>
        </w:rPr>
      </w:pPr>
      <w:r w:rsidRPr="00674836">
        <w:rPr>
          <w:rFonts w:ascii="Aptos Display" w:hAnsi="Aptos Display"/>
          <w:sz w:val="22"/>
        </w:rPr>
        <w:t>Lynn Lane</w:t>
      </w:r>
      <w:r w:rsidR="00FF2BF2" w:rsidRPr="00674836">
        <w:rPr>
          <w:rFonts w:ascii="Aptos Display" w:hAnsi="Aptos Display"/>
          <w:sz w:val="22"/>
        </w:rPr>
        <w:t xml:space="preserve"> </w:t>
      </w:r>
      <w:r w:rsidR="00FF2BF2" w:rsidRPr="00674836">
        <w:rPr>
          <w:rFonts w:ascii="Aptos Narrow" w:eastAsia="Times New Roman" w:hAnsi="Aptos Narrow" w:cs="Times New Roman"/>
          <w:color w:val="000000"/>
          <w:sz w:val="22"/>
        </w:rPr>
        <w:t xml:space="preserve">1021 N Lynn Ln Rd, Catoosa, OK </w:t>
      </w:r>
    </w:p>
    <w:p w14:paraId="7CB51657" w14:textId="15AAFD3D" w:rsidR="007F0D19" w:rsidRPr="00674836" w:rsidRDefault="007F0D19" w:rsidP="00FF2BF2">
      <w:pPr>
        <w:rPr>
          <w:rFonts w:ascii="Aptos Narrow" w:eastAsia="Times New Roman" w:hAnsi="Aptos Narrow" w:cs="Times New Roman"/>
          <w:color w:val="000000"/>
          <w:sz w:val="22"/>
        </w:rPr>
      </w:pPr>
      <w:r w:rsidRPr="00674836">
        <w:rPr>
          <w:rFonts w:ascii="Aptos Display" w:hAnsi="Aptos Display"/>
          <w:sz w:val="22"/>
        </w:rPr>
        <w:t xml:space="preserve">Sequoyah's Cabin Museum </w:t>
      </w:r>
      <w:r w:rsidR="00FF2BF2" w:rsidRPr="00674836">
        <w:rPr>
          <w:rFonts w:ascii="Aptos Narrow" w:eastAsia="Times New Roman" w:hAnsi="Aptos Narrow" w:cs="Times New Roman"/>
          <w:color w:val="000000"/>
          <w:sz w:val="22"/>
        </w:rPr>
        <w:t>470288 Hwy 101, Sallisaw, OK</w:t>
      </w:r>
    </w:p>
    <w:p w14:paraId="070ADCE9" w14:textId="0B4238B7" w:rsidR="00FF2BF2" w:rsidRPr="00674836" w:rsidRDefault="007F0D19" w:rsidP="00FF2BF2">
      <w:pPr>
        <w:rPr>
          <w:rFonts w:ascii="Aptos Narrow" w:eastAsia="Times New Roman" w:hAnsi="Aptos Narrow" w:cs="Times New Roman"/>
          <w:color w:val="000000"/>
          <w:sz w:val="22"/>
        </w:rPr>
      </w:pPr>
      <w:r w:rsidRPr="00674836">
        <w:rPr>
          <w:rFonts w:ascii="Aptos Display" w:hAnsi="Aptos Display"/>
          <w:sz w:val="22"/>
        </w:rPr>
        <w:t>Ani Art Center</w:t>
      </w:r>
      <w:r w:rsidR="00FF2BF2" w:rsidRPr="00674836">
        <w:rPr>
          <w:rFonts w:ascii="Aptos Narrow" w:eastAsia="Times New Roman" w:hAnsi="Aptos Narrow" w:cs="Times New Roman"/>
          <w:color w:val="000000"/>
          <w:sz w:val="22"/>
        </w:rPr>
        <w:t xml:space="preserve">406 B W Locust St, Stilwell, </w:t>
      </w:r>
      <w:r w:rsidR="00EA1685" w:rsidRPr="00674836">
        <w:rPr>
          <w:rFonts w:ascii="Aptos Narrow" w:eastAsia="Times New Roman" w:hAnsi="Aptos Narrow" w:cs="Times New Roman"/>
          <w:color w:val="000000"/>
          <w:sz w:val="22"/>
        </w:rPr>
        <w:t>OK</w:t>
      </w:r>
    </w:p>
    <w:p w14:paraId="3B1AE0F9" w14:textId="4BCD820F" w:rsidR="007F0D19" w:rsidRPr="00674836" w:rsidRDefault="007F0D19" w:rsidP="00226F49">
      <w:pPr>
        <w:pStyle w:val="NoSpacing"/>
        <w:rPr>
          <w:rFonts w:ascii="Aptos Display" w:hAnsi="Aptos Display"/>
          <w:sz w:val="24"/>
          <w:szCs w:val="24"/>
        </w:rPr>
      </w:pPr>
      <w:r w:rsidRPr="00674836">
        <w:rPr>
          <w:rFonts w:ascii="Aptos Display" w:hAnsi="Aptos Display"/>
        </w:rPr>
        <w:t xml:space="preserve"> </w:t>
      </w:r>
    </w:p>
    <w:p w14:paraId="0DC0048B" w14:textId="77777777" w:rsidR="007F0D19" w:rsidRPr="00674836" w:rsidRDefault="007F0D19" w:rsidP="007F0D19">
      <w:pPr>
        <w:pStyle w:val="NoSpacing"/>
        <w:rPr>
          <w:rFonts w:ascii="Aptos Display" w:hAnsi="Aptos Display"/>
        </w:rPr>
      </w:pPr>
    </w:p>
    <w:p w14:paraId="0DA018D2" w14:textId="77777777" w:rsidR="00564C53" w:rsidRPr="00190E63" w:rsidRDefault="00564C53" w:rsidP="00564C53">
      <w:pPr>
        <w:pStyle w:val="NoSpacing"/>
        <w:rPr>
          <w:rFonts w:ascii="Aptos" w:hAnsi="Aptos"/>
          <w:color w:val="EE0000"/>
          <w:sz w:val="24"/>
          <w:szCs w:val="24"/>
        </w:rPr>
      </w:pPr>
      <w:r w:rsidRPr="00190E63">
        <w:rPr>
          <w:rFonts w:ascii="Aptos" w:hAnsi="Aptos"/>
          <w:color w:val="EE0000"/>
          <w:sz w:val="24"/>
          <w:szCs w:val="24"/>
        </w:rPr>
        <w:t xml:space="preserve">Bids are due: Monday, November 2, </w:t>
      </w:r>
      <w:proofErr w:type="gramStart"/>
      <w:r w:rsidRPr="00190E63">
        <w:rPr>
          <w:rFonts w:ascii="Aptos" w:hAnsi="Aptos"/>
          <w:color w:val="EE0000"/>
          <w:sz w:val="24"/>
          <w:szCs w:val="24"/>
        </w:rPr>
        <w:t>2026</w:t>
      </w:r>
      <w:proofErr w:type="gramEnd"/>
      <w:r w:rsidRPr="00190E63">
        <w:rPr>
          <w:rFonts w:ascii="Aptos" w:hAnsi="Aptos"/>
          <w:color w:val="EE0000"/>
          <w:sz w:val="24"/>
          <w:szCs w:val="24"/>
        </w:rPr>
        <w:t xml:space="preserve"> at 5pm CST</w:t>
      </w:r>
    </w:p>
    <w:p w14:paraId="51E4DD05" w14:textId="77777777" w:rsidR="00564C53" w:rsidRPr="00190E63" w:rsidRDefault="00564C53" w:rsidP="00564C53">
      <w:pPr>
        <w:pStyle w:val="NoSpacing"/>
        <w:rPr>
          <w:rFonts w:ascii="Aptos" w:hAnsi="Aptos"/>
          <w:color w:val="EE0000"/>
          <w:sz w:val="24"/>
          <w:szCs w:val="24"/>
        </w:rPr>
      </w:pPr>
      <w:r w:rsidRPr="00190E63">
        <w:rPr>
          <w:rFonts w:ascii="Aptos" w:hAnsi="Aptos"/>
          <w:color w:val="EE0000"/>
          <w:sz w:val="24"/>
          <w:szCs w:val="24"/>
        </w:rPr>
        <w:t>Please email all bids to:  AXIS_IP.sq7zfmsuhg3rxgxt@u.box.com</w:t>
      </w:r>
    </w:p>
    <w:p w14:paraId="53FFF383" w14:textId="77777777" w:rsidR="00564C53" w:rsidRPr="00190E63" w:rsidRDefault="00564C53" w:rsidP="00564C53">
      <w:pPr>
        <w:pStyle w:val="NoSpacing"/>
        <w:rPr>
          <w:rFonts w:ascii="Aptos" w:hAnsi="Aptos"/>
          <w:color w:val="EE0000"/>
          <w:sz w:val="24"/>
          <w:szCs w:val="24"/>
        </w:rPr>
      </w:pPr>
      <w:r w:rsidRPr="00190E63">
        <w:rPr>
          <w:rFonts w:ascii="Aptos" w:hAnsi="Aptos"/>
          <w:color w:val="EE0000"/>
          <w:sz w:val="24"/>
          <w:szCs w:val="24"/>
        </w:rPr>
        <w:t xml:space="preserve">Email all questions to </w:t>
      </w:r>
      <w:hyperlink r:id="rId9" w:history="1">
        <w:r w:rsidRPr="00190E63">
          <w:rPr>
            <w:rStyle w:val="Hyperlink"/>
            <w:rFonts w:ascii="Aptos" w:hAnsi="Aptos"/>
            <w:color w:val="EE0000"/>
            <w:sz w:val="24"/>
            <w:szCs w:val="24"/>
          </w:rPr>
          <w:t>stephanie.shults@cnbglobal.com</w:t>
        </w:r>
      </w:hyperlink>
      <w:r w:rsidRPr="00190E63">
        <w:rPr>
          <w:rFonts w:ascii="Aptos" w:hAnsi="Aptos"/>
          <w:color w:val="EE0000"/>
          <w:sz w:val="24"/>
          <w:szCs w:val="24"/>
        </w:rPr>
        <w:t xml:space="preserve"> no later than Friday, October 23, 2026</w:t>
      </w:r>
      <w:r>
        <w:rPr>
          <w:rFonts w:ascii="Aptos" w:hAnsi="Aptos"/>
          <w:color w:val="EE0000"/>
          <w:sz w:val="24"/>
          <w:szCs w:val="24"/>
        </w:rPr>
        <w:t>,</w:t>
      </w:r>
      <w:r w:rsidRPr="00190E63">
        <w:rPr>
          <w:rFonts w:ascii="Aptos" w:hAnsi="Aptos"/>
          <w:color w:val="EE0000"/>
          <w:sz w:val="24"/>
          <w:szCs w:val="24"/>
        </w:rPr>
        <w:t xml:space="preserve"> at 5pm CST.</w:t>
      </w:r>
    </w:p>
    <w:p w14:paraId="791348CB" w14:textId="044E84B7" w:rsidR="007F0D19" w:rsidRPr="00674836" w:rsidRDefault="007F0D19" w:rsidP="007F0D19">
      <w:pPr>
        <w:pStyle w:val="NoSpacing"/>
        <w:rPr>
          <w:rFonts w:ascii="Aptos Display" w:hAnsi="Aptos Display"/>
        </w:rPr>
      </w:pPr>
    </w:p>
    <w:p w14:paraId="531A7D97" w14:textId="5726F014" w:rsidR="00540FC2" w:rsidRPr="00674836" w:rsidRDefault="007477C1">
      <w:pPr>
        <w:rPr>
          <w:rFonts w:ascii="Aptos Display" w:hAnsi="Aptos Display"/>
          <w:sz w:val="22"/>
        </w:rPr>
      </w:pPr>
      <w:r w:rsidRPr="00674836">
        <w:rPr>
          <w:rFonts w:ascii="Aptos Display" w:hAnsi="Aptos Display"/>
          <w:sz w:val="22"/>
        </w:rPr>
        <w:br w:type="page"/>
      </w:r>
    </w:p>
    <w:p w14:paraId="3A50DB87" w14:textId="77777777" w:rsidR="00540FC2" w:rsidRPr="003335DA" w:rsidRDefault="007477C1">
      <w:pPr>
        <w:jc w:val="center"/>
        <w:rPr>
          <w:sz w:val="20"/>
          <w:szCs w:val="20"/>
        </w:rPr>
      </w:pPr>
      <w:r w:rsidRPr="003335DA">
        <w:rPr>
          <w:b/>
          <w:sz w:val="20"/>
          <w:szCs w:val="20"/>
        </w:rPr>
        <w:lastRenderedPageBreak/>
        <w:t>BID SHEET / PRICING SCHEDULE</w:t>
      </w:r>
    </w:p>
    <w:p w14:paraId="4B02A36F" w14:textId="2CD03E29" w:rsidR="00540FC2" w:rsidRPr="003335DA" w:rsidRDefault="007477C1">
      <w:pPr>
        <w:jc w:val="center"/>
        <w:rPr>
          <w:sz w:val="18"/>
          <w:szCs w:val="18"/>
        </w:rPr>
      </w:pPr>
      <w:r w:rsidRPr="003335DA">
        <w:rPr>
          <w:i/>
          <w:sz w:val="18"/>
          <w:szCs w:val="18"/>
        </w:rPr>
        <w:t xml:space="preserve">AXIS IP Camera Replacement Program – </w:t>
      </w:r>
      <w:r w:rsidR="00716832" w:rsidRPr="003335DA">
        <w:rPr>
          <w:i/>
          <w:sz w:val="18"/>
          <w:szCs w:val="18"/>
        </w:rPr>
        <w:t>77</w:t>
      </w:r>
      <w:r w:rsidRPr="003335DA">
        <w:rPr>
          <w:i/>
          <w:sz w:val="18"/>
          <w:szCs w:val="18"/>
        </w:rPr>
        <w:t xml:space="preserve"> Devices</w:t>
      </w:r>
    </w:p>
    <w:p w14:paraId="3F44A78D" w14:textId="77777777" w:rsidR="00540FC2" w:rsidRPr="003335DA" w:rsidRDefault="007477C1">
      <w:pPr>
        <w:rPr>
          <w:sz w:val="18"/>
          <w:szCs w:val="18"/>
        </w:rPr>
      </w:pPr>
      <w:r w:rsidRPr="003335DA">
        <w:rPr>
          <w:sz w:val="18"/>
          <w:szCs w:val="18"/>
        </w:rPr>
        <w:t>Bidders shall complete all applicable pricing fields below. Unless otherwise noted, pricing shall include all labor, supervision, standard installation materials, configuration, testing, commissioning, documentation, and incidental costs necessary to provide a complete and operational installation in accordance with the Scope of Work.</w:t>
      </w:r>
    </w:p>
    <w:tbl>
      <w:tblPr>
        <w:tblStyle w:val="TableGrid"/>
        <w:tblW w:w="0" w:type="auto"/>
        <w:jc w:val="center"/>
        <w:tblLook w:val="04A0" w:firstRow="1" w:lastRow="0" w:firstColumn="1" w:lastColumn="0" w:noHBand="0" w:noVBand="1"/>
      </w:tblPr>
      <w:tblGrid>
        <w:gridCol w:w="1276"/>
        <w:gridCol w:w="1277"/>
        <w:gridCol w:w="1277"/>
        <w:gridCol w:w="1276"/>
        <w:gridCol w:w="1277"/>
        <w:gridCol w:w="1277"/>
        <w:gridCol w:w="1277"/>
        <w:gridCol w:w="1277"/>
      </w:tblGrid>
      <w:tr w:rsidR="00540FC2" w:rsidRPr="003335DA" w14:paraId="49F09F4B" w14:textId="77777777" w:rsidTr="003F2938">
        <w:trPr>
          <w:tblHeader/>
          <w:jc w:val="center"/>
        </w:trPr>
        <w:tc>
          <w:tcPr>
            <w:tcW w:w="1276" w:type="dxa"/>
            <w:vAlign w:val="center"/>
          </w:tcPr>
          <w:p w14:paraId="47DC97FA" w14:textId="77777777" w:rsidR="00540FC2" w:rsidRPr="003335DA" w:rsidRDefault="007477C1">
            <w:pPr>
              <w:rPr>
                <w:sz w:val="16"/>
                <w:szCs w:val="16"/>
              </w:rPr>
            </w:pPr>
            <w:r w:rsidRPr="003335DA">
              <w:rPr>
                <w:sz w:val="16"/>
                <w:szCs w:val="16"/>
              </w:rPr>
              <w:t>Item</w:t>
            </w:r>
          </w:p>
        </w:tc>
        <w:tc>
          <w:tcPr>
            <w:tcW w:w="1277" w:type="dxa"/>
            <w:vAlign w:val="center"/>
          </w:tcPr>
          <w:p w14:paraId="74BF1DCB" w14:textId="77777777" w:rsidR="00540FC2" w:rsidRPr="003335DA" w:rsidRDefault="007477C1">
            <w:pPr>
              <w:rPr>
                <w:sz w:val="16"/>
                <w:szCs w:val="16"/>
              </w:rPr>
            </w:pPr>
            <w:r w:rsidRPr="003335DA">
              <w:rPr>
                <w:sz w:val="16"/>
                <w:szCs w:val="16"/>
              </w:rPr>
              <w:t>Replacement Model</w:t>
            </w:r>
          </w:p>
        </w:tc>
        <w:tc>
          <w:tcPr>
            <w:tcW w:w="1277" w:type="dxa"/>
            <w:vAlign w:val="center"/>
          </w:tcPr>
          <w:p w14:paraId="62E6FBFD" w14:textId="77777777" w:rsidR="00540FC2" w:rsidRPr="003335DA" w:rsidRDefault="007477C1">
            <w:pPr>
              <w:rPr>
                <w:sz w:val="16"/>
                <w:szCs w:val="16"/>
              </w:rPr>
            </w:pPr>
            <w:r w:rsidRPr="003335DA">
              <w:rPr>
                <w:sz w:val="16"/>
                <w:szCs w:val="16"/>
              </w:rPr>
              <w:t>AXIS Part No.</w:t>
            </w:r>
          </w:p>
        </w:tc>
        <w:tc>
          <w:tcPr>
            <w:tcW w:w="1276" w:type="dxa"/>
            <w:vAlign w:val="center"/>
          </w:tcPr>
          <w:p w14:paraId="525E13DE" w14:textId="77777777" w:rsidR="00540FC2" w:rsidRPr="003335DA" w:rsidRDefault="007477C1">
            <w:pPr>
              <w:rPr>
                <w:sz w:val="16"/>
                <w:szCs w:val="16"/>
              </w:rPr>
            </w:pPr>
            <w:r w:rsidRPr="003335DA">
              <w:rPr>
                <w:sz w:val="16"/>
                <w:szCs w:val="16"/>
              </w:rPr>
              <w:t>Qty</w:t>
            </w:r>
          </w:p>
        </w:tc>
        <w:tc>
          <w:tcPr>
            <w:tcW w:w="1277" w:type="dxa"/>
            <w:vAlign w:val="center"/>
          </w:tcPr>
          <w:p w14:paraId="7E2D0842" w14:textId="77777777" w:rsidR="00540FC2" w:rsidRPr="003335DA" w:rsidRDefault="007477C1">
            <w:pPr>
              <w:rPr>
                <w:sz w:val="16"/>
                <w:szCs w:val="16"/>
              </w:rPr>
            </w:pPr>
            <w:r w:rsidRPr="003335DA">
              <w:rPr>
                <w:sz w:val="16"/>
                <w:szCs w:val="16"/>
              </w:rPr>
              <w:t>Unit Material</w:t>
            </w:r>
          </w:p>
        </w:tc>
        <w:tc>
          <w:tcPr>
            <w:tcW w:w="1277" w:type="dxa"/>
            <w:vAlign w:val="center"/>
          </w:tcPr>
          <w:p w14:paraId="20A2B94D" w14:textId="77777777" w:rsidR="00540FC2" w:rsidRPr="003335DA" w:rsidRDefault="007477C1">
            <w:pPr>
              <w:rPr>
                <w:sz w:val="16"/>
                <w:szCs w:val="16"/>
              </w:rPr>
            </w:pPr>
            <w:r w:rsidRPr="003335DA">
              <w:rPr>
                <w:sz w:val="16"/>
                <w:szCs w:val="16"/>
              </w:rPr>
              <w:t>Extended Material</w:t>
            </w:r>
          </w:p>
        </w:tc>
        <w:tc>
          <w:tcPr>
            <w:tcW w:w="1277" w:type="dxa"/>
            <w:vAlign w:val="center"/>
          </w:tcPr>
          <w:p w14:paraId="1DAB730D" w14:textId="77777777" w:rsidR="00540FC2" w:rsidRPr="003335DA" w:rsidRDefault="007477C1">
            <w:pPr>
              <w:rPr>
                <w:sz w:val="16"/>
                <w:szCs w:val="16"/>
              </w:rPr>
            </w:pPr>
            <w:r w:rsidRPr="003335DA">
              <w:rPr>
                <w:sz w:val="16"/>
                <w:szCs w:val="16"/>
              </w:rPr>
              <w:t>Unit Labor</w:t>
            </w:r>
          </w:p>
        </w:tc>
        <w:tc>
          <w:tcPr>
            <w:tcW w:w="1277" w:type="dxa"/>
            <w:vAlign w:val="center"/>
          </w:tcPr>
          <w:p w14:paraId="5569766A" w14:textId="77777777" w:rsidR="00540FC2" w:rsidRPr="003335DA" w:rsidRDefault="007477C1">
            <w:pPr>
              <w:rPr>
                <w:sz w:val="16"/>
                <w:szCs w:val="16"/>
              </w:rPr>
            </w:pPr>
            <w:r w:rsidRPr="003335DA">
              <w:rPr>
                <w:sz w:val="16"/>
                <w:szCs w:val="16"/>
              </w:rPr>
              <w:t>Extended Labor</w:t>
            </w:r>
          </w:p>
        </w:tc>
      </w:tr>
      <w:tr w:rsidR="00716832" w:rsidRPr="003335DA" w14:paraId="5FB53A30" w14:textId="77777777" w:rsidTr="003F2938">
        <w:trPr>
          <w:jc w:val="center"/>
        </w:trPr>
        <w:tc>
          <w:tcPr>
            <w:tcW w:w="1276" w:type="dxa"/>
            <w:vAlign w:val="center"/>
          </w:tcPr>
          <w:p w14:paraId="3A5049A7" w14:textId="6A2FE4AB" w:rsidR="00716832" w:rsidRPr="003335DA" w:rsidRDefault="00716832" w:rsidP="00716832">
            <w:pPr>
              <w:rPr>
                <w:sz w:val="16"/>
                <w:szCs w:val="16"/>
              </w:rPr>
            </w:pPr>
            <w:r w:rsidRPr="003335DA">
              <w:rPr>
                <w:sz w:val="16"/>
                <w:szCs w:val="16"/>
              </w:rPr>
              <w:t>1</w:t>
            </w:r>
          </w:p>
        </w:tc>
        <w:tc>
          <w:tcPr>
            <w:tcW w:w="1277" w:type="dxa"/>
            <w:vAlign w:val="center"/>
          </w:tcPr>
          <w:p w14:paraId="3526644F" w14:textId="36B454E1" w:rsidR="00716832" w:rsidRPr="003335DA" w:rsidRDefault="00716832" w:rsidP="00716832">
            <w:pPr>
              <w:rPr>
                <w:sz w:val="16"/>
                <w:szCs w:val="16"/>
              </w:rPr>
            </w:pPr>
            <w:r w:rsidRPr="003335DA">
              <w:rPr>
                <w:sz w:val="16"/>
                <w:szCs w:val="16"/>
              </w:rPr>
              <w:t>AXIS I8116-E White</w:t>
            </w:r>
          </w:p>
        </w:tc>
        <w:tc>
          <w:tcPr>
            <w:tcW w:w="1277" w:type="dxa"/>
            <w:vAlign w:val="center"/>
          </w:tcPr>
          <w:p w14:paraId="1CE2FFF8" w14:textId="6D1D4D73" w:rsidR="00716832" w:rsidRPr="003335DA" w:rsidRDefault="00716832" w:rsidP="00716832">
            <w:pPr>
              <w:rPr>
                <w:sz w:val="16"/>
                <w:szCs w:val="16"/>
              </w:rPr>
            </w:pPr>
            <w:r w:rsidRPr="003335DA">
              <w:rPr>
                <w:sz w:val="16"/>
                <w:szCs w:val="16"/>
              </w:rPr>
              <w:t>02408-001</w:t>
            </w:r>
          </w:p>
        </w:tc>
        <w:tc>
          <w:tcPr>
            <w:tcW w:w="1276" w:type="dxa"/>
            <w:vAlign w:val="center"/>
          </w:tcPr>
          <w:p w14:paraId="4B829BB1" w14:textId="14F039D6" w:rsidR="00716832" w:rsidRPr="003335DA" w:rsidRDefault="00716832" w:rsidP="00716832">
            <w:pPr>
              <w:rPr>
                <w:sz w:val="16"/>
                <w:szCs w:val="16"/>
              </w:rPr>
            </w:pPr>
            <w:r w:rsidRPr="003335DA">
              <w:rPr>
                <w:sz w:val="16"/>
                <w:szCs w:val="16"/>
              </w:rPr>
              <w:t>1</w:t>
            </w:r>
          </w:p>
        </w:tc>
        <w:tc>
          <w:tcPr>
            <w:tcW w:w="1277" w:type="dxa"/>
            <w:vAlign w:val="center"/>
          </w:tcPr>
          <w:p w14:paraId="6C9BC3E4" w14:textId="77777777" w:rsidR="00716832" w:rsidRPr="003335DA" w:rsidRDefault="00716832" w:rsidP="00716832">
            <w:pPr>
              <w:rPr>
                <w:sz w:val="16"/>
                <w:szCs w:val="16"/>
              </w:rPr>
            </w:pPr>
            <w:r w:rsidRPr="003335DA">
              <w:rPr>
                <w:sz w:val="16"/>
                <w:szCs w:val="16"/>
              </w:rPr>
              <w:t>$ ______</w:t>
            </w:r>
          </w:p>
        </w:tc>
        <w:tc>
          <w:tcPr>
            <w:tcW w:w="1277" w:type="dxa"/>
            <w:vAlign w:val="center"/>
          </w:tcPr>
          <w:p w14:paraId="2EB705EE" w14:textId="77777777" w:rsidR="00716832" w:rsidRPr="003335DA" w:rsidRDefault="00716832" w:rsidP="00716832">
            <w:pPr>
              <w:rPr>
                <w:sz w:val="16"/>
                <w:szCs w:val="16"/>
              </w:rPr>
            </w:pPr>
            <w:r w:rsidRPr="003335DA">
              <w:rPr>
                <w:sz w:val="16"/>
                <w:szCs w:val="16"/>
              </w:rPr>
              <w:t>$ ______</w:t>
            </w:r>
          </w:p>
        </w:tc>
        <w:tc>
          <w:tcPr>
            <w:tcW w:w="1277" w:type="dxa"/>
            <w:vAlign w:val="center"/>
          </w:tcPr>
          <w:p w14:paraId="3E6B37EE" w14:textId="77777777" w:rsidR="00716832" w:rsidRPr="003335DA" w:rsidRDefault="00716832" w:rsidP="00716832">
            <w:pPr>
              <w:rPr>
                <w:sz w:val="16"/>
                <w:szCs w:val="16"/>
              </w:rPr>
            </w:pPr>
            <w:r w:rsidRPr="003335DA">
              <w:rPr>
                <w:sz w:val="16"/>
                <w:szCs w:val="16"/>
              </w:rPr>
              <w:t>$ ______</w:t>
            </w:r>
          </w:p>
        </w:tc>
        <w:tc>
          <w:tcPr>
            <w:tcW w:w="1277" w:type="dxa"/>
            <w:vAlign w:val="center"/>
          </w:tcPr>
          <w:p w14:paraId="324D6F57" w14:textId="77777777" w:rsidR="00716832" w:rsidRPr="003335DA" w:rsidRDefault="00716832" w:rsidP="00716832">
            <w:pPr>
              <w:rPr>
                <w:sz w:val="16"/>
                <w:szCs w:val="16"/>
              </w:rPr>
            </w:pPr>
            <w:r w:rsidRPr="003335DA">
              <w:rPr>
                <w:sz w:val="16"/>
                <w:szCs w:val="16"/>
              </w:rPr>
              <w:t>$ ______</w:t>
            </w:r>
          </w:p>
        </w:tc>
      </w:tr>
      <w:tr w:rsidR="00716832" w:rsidRPr="003335DA" w14:paraId="114749DB" w14:textId="77777777" w:rsidTr="003F2938">
        <w:trPr>
          <w:jc w:val="center"/>
        </w:trPr>
        <w:tc>
          <w:tcPr>
            <w:tcW w:w="1276" w:type="dxa"/>
            <w:vAlign w:val="center"/>
          </w:tcPr>
          <w:p w14:paraId="46863E9F" w14:textId="69052F4C" w:rsidR="00716832" w:rsidRPr="003335DA" w:rsidRDefault="00716832" w:rsidP="00716832">
            <w:pPr>
              <w:rPr>
                <w:sz w:val="16"/>
                <w:szCs w:val="16"/>
              </w:rPr>
            </w:pPr>
            <w:r w:rsidRPr="003335DA">
              <w:rPr>
                <w:sz w:val="16"/>
                <w:szCs w:val="16"/>
              </w:rPr>
              <w:t>2</w:t>
            </w:r>
          </w:p>
        </w:tc>
        <w:tc>
          <w:tcPr>
            <w:tcW w:w="1277" w:type="dxa"/>
            <w:vAlign w:val="center"/>
          </w:tcPr>
          <w:p w14:paraId="271D24EB" w14:textId="22A9E8EB" w:rsidR="00716832" w:rsidRPr="003335DA" w:rsidRDefault="00716832" w:rsidP="00716832">
            <w:pPr>
              <w:rPr>
                <w:sz w:val="16"/>
                <w:szCs w:val="16"/>
              </w:rPr>
            </w:pPr>
            <w:r w:rsidRPr="003335DA">
              <w:rPr>
                <w:sz w:val="16"/>
                <w:szCs w:val="16"/>
              </w:rPr>
              <w:t>AXIS M2066-LE</w:t>
            </w:r>
          </w:p>
        </w:tc>
        <w:tc>
          <w:tcPr>
            <w:tcW w:w="1277" w:type="dxa"/>
            <w:vAlign w:val="center"/>
          </w:tcPr>
          <w:p w14:paraId="241E05F8" w14:textId="778FF9E2" w:rsidR="00716832" w:rsidRPr="003335DA" w:rsidRDefault="00716832" w:rsidP="00716832">
            <w:pPr>
              <w:rPr>
                <w:sz w:val="16"/>
                <w:szCs w:val="16"/>
              </w:rPr>
            </w:pPr>
            <w:r w:rsidRPr="003335DA">
              <w:rPr>
                <w:sz w:val="16"/>
                <w:szCs w:val="16"/>
              </w:rPr>
              <w:t>02125-001</w:t>
            </w:r>
          </w:p>
        </w:tc>
        <w:tc>
          <w:tcPr>
            <w:tcW w:w="1276" w:type="dxa"/>
            <w:vAlign w:val="center"/>
          </w:tcPr>
          <w:p w14:paraId="2ED7B038" w14:textId="5EE794F7" w:rsidR="00716832" w:rsidRPr="003335DA" w:rsidRDefault="00716832" w:rsidP="00716832">
            <w:pPr>
              <w:rPr>
                <w:sz w:val="16"/>
                <w:szCs w:val="16"/>
              </w:rPr>
            </w:pPr>
            <w:r w:rsidRPr="003335DA">
              <w:rPr>
                <w:sz w:val="16"/>
                <w:szCs w:val="16"/>
              </w:rPr>
              <w:t>4</w:t>
            </w:r>
          </w:p>
        </w:tc>
        <w:tc>
          <w:tcPr>
            <w:tcW w:w="1277" w:type="dxa"/>
            <w:vAlign w:val="center"/>
          </w:tcPr>
          <w:p w14:paraId="239025DE" w14:textId="77777777" w:rsidR="00716832" w:rsidRPr="003335DA" w:rsidRDefault="00716832" w:rsidP="00716832">
            <w:pPr>
              <w:rPr>
                <w:sz w:val="16"/>
                <w:szCs w:val="16"/>
              </w:rPr>
            </w:pPr>
            <w:r w:rsidRPr="003335DA">
              <w:rPr>
                <w:sz w:val="16"/>
                <w:szCs w:val="16"/>
              </w:rPr>
              <w:t>$ ______</w:t>
            </w:r>
          </w:p>
        </w:tc>
        <w:tc>
          <w:tcPr>
            <w:tcW w:w="1277" w:type="dxa"/>
            <w:vAlign w:val="center"/>
          </w:tcPr>
          <w:p w14:paraId="6C098119" w14:textId="77777777" w:rsidR="00716832" w:rsidRPr="003335DA" w:rsidRDefault="00716832" w:rsidP="00716832">
            <w:pPr>
              <w:rPr>
                <w:sz w:val="16"/>
                <w:szCs w:val="16"/>
              </w:rPr>
            </w:pPr>
            <w:r w:rsidRPr="003335DA">
              <w:rPr>
                <w:sz w:val="16"/>
                <w:szCs w:val="16"/>
              </w:rPr>
              <w:t>$ ______</w:t>
            </w:r>
          </w:p>
        </w:tc>
        <w:tc>
          <w:tcPr>
            <w:tcW w:w="1277" w:type="dxa"/>
            <w:vAlign w:val="center"/>
          </w:tcPr>
          <w:p w14:paraId="43AA98EA" w14:textId="77777777" w:rsidR="00716832" w:rsidRPr="003335DA" w:rsidRDefault="00716832" w:rsidP="00716832">
            <w:pPr>
              <w:rPr>
                <w:sz w:val="16"/>
                <w:szCs w:val="16"/>
              </w:rPr>
            </w:pPr>
            <w:r w:rsidRPr="003335DA">
              <w:rPr>
                <w:sz w:val="16"/>
                <w:szCs w:val="16"/>
              </w:rPr>
              <w:t>$ ______</w:t>
            </w:r>
          </w:p>
        </w:tc>
        <w:tc>
          <w:tcPr>
            <w:tcW w:w="1277" w:type="dxa"/>
            <w:vAlign w:val="center"/>
          </w:tcPr>
          <w:p w14:paraId="02B9142A" w14:textId="77777777" w:rsidR="00716832" w:rsidRPr="003335DA" w:rsidRDefault="00716832" w:rsidP="00716832">
            <w:pPr>
              <w:rPr>
                <w:sz w:val="16"/>
                <w:szCs w:val="16"/>
              </w:rPr>
            </w:pPr>
            <w:r w:rsidRPr="003335DA">
              <w:rPr>
                <w:sz w:val="16"/>
                <w:szCs w:val="16"/>
              </w:rPr>
              <w:t>$ ______</w:t>
            </w:r>
          </w:p>
        </w:tc>
      </w:tr>
      <w:tr w:rsidR="00716832" w:rsidRPr="003335DA" w14:paraId="055BDB77" w14:textId="77777777" w:rsidTr="003F2938">
        <w:trPr>
          <w:jc w:val="center"/>
        </w:trPr>
        <w:tc>
          <w:tcPr>
            <w:tcW w:w="1276" w:type="dxa"/>
            <w:vAlign w:val="center"/>
          </w:tcPr>
          <w:p w14:paraId="76E90BAF" w14:textId="6668B5D1" w:rsidR="00716832" w:rsidRPr="003335DA" w:rsidRDefault="00716832" w:rsidP="00716832">
            <w:pPr>
              <w:rPr>
                <w:sz w:val="16"/>
                <w:szCs w:val="16"/>
              </w:rPr>
            </w:pPr>
            <w:r w:rsidRPr="003335DA">
              <w:rPr>
                <w:sz w:val="16"/>
                <w:szCs w:val="16"/>
              </w:rPr>
              <w:t>3</w:t>
            </w:r>
          </w:p>
        </w:tc>
        <w:tc>
          <w:tcPr>
            <w:tcW w:w="1277" w:type="dxa"/>
            <w:vAlign w:val="center"/>
          </w:tcPr>
          <w:p w14:paraId="65722119" w14:textId="01B7E423" w:rsidR="00716832" w:rsidRPr="003335DA" w:rsidRDefault="00716832" w:rsidP="00716832">
            <w:pPr>
              <w:rPr>
                <w:sz w:val="16"/>
                <w:szCs w:val="16"/>
              </w:rPr>
            </w:pPr>
            <w:r w:rsidRPr="003335DA">
              <w:rPr>
                <w:sz w:val="16"/>
                <w:szCs w:val="16"/>
              </w:rPr>
              <w:t>AXIS M4327-P</w:t>
            </w:r>
          </w:p>
        </w:tc>
        <w:tc>
          <w:tcPr>
            <w:tcW w:w="1277" w:type="dxa"/>
            <w:vAlign w:val="center"/>
          </w:tcPr>
          <w:p w14:paraId="666CA4E8" w14:textId="5776568D" w:rsidR="00716832" w:rsidRPr="003335DA" w:rsidRDefault="00716832" w:rsidP="00716832">
            <w:pPr>
              <w:rPr>
                <w:sz w:val="16"/>
                <w:szCs w:val="16"/>
              </w:rPr>
            </w:pPr>
            <w:r w:rsidRPr="003335DA">
              <w:rPr>
                <w:sz w:val="16"/>
                <w:szCs w:val="16"/>
              </w:rPr>
              <w:t>02636-004</w:t>
            </w:r>
          </w:p>
        </w:tc>
        <w:tc>
          <w:tcPr>
            <w:tcW w:w="1276" w:type="dxa"/>
            <w:vAlign w:val="center"/>
          </w:tcPr>
          <w:p w14:paraId="70FF368A" w14:textId="754AB9D8" w:rsidR="00716832" w:rsidRPr="003335DA" w:rsidRDefault="00716832" w:rsidP="00716832">
            <w:pPr>
              <w:rPr>
                <w:sz w:val="16"/>
                <w:szCs w:val="16"/>
              </w:rPr>
            </w:pPr>
            <w:r w:rsidRPr="003335DA">
              <w:rPr>
                <w:sz w:val="16"/>
                <w:szCs w:val="16"/>
              </w:rPr>
              <w:t>33</w:t>
            </w:r>
          </w:p>
        </w:tc>
        <w:tc>
          <w:tcPr>
            <w:tcW w:w="1277" w:type="dxa"/>
            <w:vAlign w:val="center"/>
          </w:tcPr>
          <w:p w14:paraId="09DC394F" w14:textId="77777777" w:rsidR="00716832" w:rsidRPr="003335DA" w:rsidRDefault="00716832" w:rsidP="00716832">
            <w:pPr>
              <w:rPr>
                <w:sz w:val="16"/>
                <w:szCs w:val="16"/>
              </w:rPr>
            </w:pPr>
            <w:r w:rsidRPr="003335DA">
              <w:rPr>
                <w:sz w:val="16"/>
                <w:szCs w:val="16"/>
              </w:rPr>
              <w:t>$ ______</w:t>
            </w:r>
          </w:p>
        </w:tc>
        <w:tc>
          <w:tcPr>
            <w:tcW w:w="1277" w:type="dxa"/>
            <w:vAlign w:val="center"/>
          </w:tcPr>
          <w:p w14:paraId="608F31D6" w14:textId="77777777" w:rsidR="00716832" w:rsidRPr="003335DA" w:rsidRDefault="00716832" w:rsidP="00716832">
            <w:pPr>
              <w:rPr>
                <w:sz w:val="16"/>
                <w:szCs w:val="16"/>
              </w:rPr>
            </w:pPr>
            <w:r w:rsidRPr="003335DA">
              <w:rPr>
                <w:sz w:val="16"/>
                <w:szCs w:val="16"/>
              </w:rPr>
              <w:t>$ ______</w:t>
            </w:r>
          </w:p>
        </w:tc>
        <w:tc>
          <w:tcPr>
            <w:tcW w:w="1277" w:type="dxa"/>
            <w:vAlign w:val="center"/>
          </w:tcPr>
          <w:p w14:paraId="7077CA09" w14:textId="77777777" w:rsidR="00716832" w:rsidRPr="003335DA" w:rsidRDefault="00716832" w:rsidP="00716832">
            <w:pPr>
              <w:rPr>
                <w:sz w:val="16"/>
                <w:szCs w:val="16"/>
              </w:rPr>
            </w:pPr>
            <w:r w:rsidRPr="003335DA">
              <w:rPr>
                <w:sz w:val="16"/>
                <w:szCs w:val="16"/>
              </w:rPr>
              <w:t>$ ______</w:t>
            </w:r>
          </w:p>
        </w:tc>
        <w:tc>
          <w:tcPr>
            <w:tcW w:w="1277" w:type="dxa"/>
            <w:vAlign w:val="center"/>
          </w:tcPr>
          <w:p w14:paraId="3E8EBFAB" w14:textId="77777777" w:rsidR="00716832" w:rsidRPr="003335DA" w:rsidRDefault="00716832" w:rsidP="00716832">
            <w:pPr>
              <w:rPr>
                <w:sz w:val="16"/>
                <w:szCs w:val="16"/>
              </w:rPr>
            </w:pPr>
            <w:r w:rsidRPr="003335DA">
              <w:rPr>
                <w:sz w:val="16"/>
                <w:szCs w:val="16"/>
              </w:rPr>
              <w:t>$ ______</w:t>
            </w:r>
          </w:p>
        </w:tc>
      </w:tr>
      <w:tr w:rsidR="00716832" w:rsidRPr="003335DA" w14:paraId="07114F4A" w14:textId="77777777" w:rsidTr="003F2938">
        <w:trPr>
          <w:jc w:val="center"/>
        </w:trPr>
        <w:tc>
          <w:tcPr>
            <w:tcW w:w="1276" w:type="dxa"/>
            <w:vAlign w:val="center"/>
          </w:tcPr>
          <w:p w14:paraId="2FFF1DA0" w14:textId="495A4EF3" w:rsidR="00716832" w:rsidRPr="003335DA" w:rsidRDefault="00716832" w:rsidP="00716832">
            <w:pPr>
              <w:rPr>
                <w:sz w:val="16"/>
                <w:szCs w:val="16"/>
              </w:rPr>
            </w:pPr>
            <w:r w:rsidRPr="003335DA">
              <w:rPr>
                <w:sz w:val="16"/>
                <w:szCs w:val="16"/>
              </w:rPr>
              <w:t>4</w:t>
            </w:r>
          </w:p>
        </w:tc>
        <w:tc>
          <w:tcPr>
            <w:tcW w:w="1277" w:type="dxa"/>
            <w:vAlign w:val="center"/>
          </w:tcPr>
          <w:p w14:paraId="69206235" w14:textId="4F2B42AB" w:rsidR="00716832" w:rsidRPr="003335DA" w:rsidRDefault="00716832" w:rsidP="00716832">
            <w:pPr>
              <w:rPr>
                <w:sz w:val="16"/>
                <w:szCs w:val="16"/>
              </w:rPr>
            </w:pPr>
            <w:r w:rsidRPr="003335DA">
              <w:rPr>
                <w:sz w:val="16"/>
                <w:szCs w:val="16"/>
              </w:rPr>
              <w:t>AXIS P3275-LV</w:t>
            </w:r>
          </w:p>
        </w:tc>
        <w:tc>
          <w:tcPr>
            <w:tcW w:w="1277" w:type="dxa"/>
            <w:vAlign w:val="center"/>
          </w:tcPr>
          <w:p w14:paraId="1A64785A" w14:textId="62F58389" w:rsidR="00716832" w:rsidRPr="003335DA" w:rsidRDefault="00716832" w:rsidP="00716832">
            <w:pPr>
              <w:rPr>
                <w:sz w:val="16"/>
                <w:szCs w:val="16"/>
              </w:rPr>
            </w:pPr>
            <w:r w:rsidRPr="003335DA">
              <w:rPr>
                <w:sz w:val="16"/>
                <w:szCs w:val="16"/>
              </w:rPr>
              <w:t>03149-001</w:t>
            </w:r>
          </w:p>
        </w:tc>
        <w:tc>
          <w:tcPr>
            <w:tcW w:w="1276" w:type="dxa"/>
            <w:vAlign w:val="center"/>
          </w:tcPr>
          <w:p w14:paraId="1B69DA28" w14:textId="4EC885CF" w:rsidR="00716832" w:rsidRPr="003335DA" w:rsidRDefault="00716832" w:rsidP="00716832">
            <w:pPr>
              <w:rPr>
                <w:sz w:val="16"/>
                <w:szCs w:val="16"/>
              </w:rPr>
            </w:pPr>
            <w:r w:rsidRPr="003335DA">
              <w:rPr>
                <w:sz w:val="16"/>
                <w:szCs w:val="16"/>
              </w:rPr>
              <w:t>1</w:t>
            </w:r>
          </w:p>
        </w:tc>
        <w:tc>
          <w:tcPr>
            <w:tcW w:w="1277" w:type="dxa"/>
            <w:vAlign w:val="center"/>
          </w:tcPr>
          <w:p w14:paraId="46E2F29E" w14:textId="77777777" w:rsidR="00716832" w:rsidRPr="003335DA" w:rsidRDefault="00716832" w:rsidP="00716832">
            <w:pPr>
              <w:rPr>
                <w:sz w:val="16"/>
                <w:szCs w:val="16"/>
              </w:rPr>
            </w:pPr>
            <w:r w:rsidRPr="003335DA">
              <w:rPr>
                <w:sz w:val="16"/>
                <w:szCs w:val="16"/>
              </w:rPr>
              <w:t>$ ______</w:t>
            </w:r>
          </w:p>
        </w:tc>
        <w:tc>
          <w:tcPr>
            <w:tcW w:w="1277" w:type="dxa"/>
            <w:vAlign w:val="center"/>
          </w:tcPr>
          <w:p w14:paraId="0B82792F" w14:textId="77777777" w:rsidR="00716832" w:rsidRPr="003335DA" w:rsidRDefault="00716832" w:rsidP="00716832">
            <w:pPr>
              <w:rPr>
                <w:sz w:val="16"/>
                <w:szCs w:val="16"/>
              </w:rPr>
            </w:pPr>
            <w:r w:rsidRPr="003335DA">
              <w:rPr>
                <w:sz w:val="16"/>
                <w:szCs w:val="16"/>
              </w:rPr>
              <w:t>$ ______</w:t>
            </w:r>
          </w:p>
        </w:tc>
        <w:tc>
          <w:tcPr>
            <w:tcW w:w="1277" w:type="dxa"/>
            <w:vAlign w:val="center"/>
          </w:tcPr>
          <w:p w14:paraId="276FB520" w14:textId="77777777" w:rsidR="00716832" w:rsidRPr="003335DA" w:rsidRDefault="00716832" w:rsidP="00716832">
            <w:pPr>
              <w:rPr>
                <w:sz w:val="16"/>
                <w:szCs w:val="16"/>
              </w:rPr>
            </w:pPr>
            <w:r w:rsidRPr="003335DA">
              <w:rPr>
                <w:sz w:val="16"/>
                <w:szCs w:val="16"/>
              </w:rPr>
              <w:t>$ ______</w:t>
            </w:r>
          </w:p>
        </w:tc>
        <w:tc>
          <w:tcPr>
            <w:tcW w:w="1277" w:type="dxa"/>
            <w:vAlign w:val="center"/>
          </w:tcPr>
          <w:p w14:paraId="0384572F" w14:textId="77777777" w:rsidR="00716832" w:rsidRPr="003335DA" w:rsidRDefault="00716832" w:rsidP="00716832">
            <w:pPr>
              <w:rPr>
                <w:sz w:val="16"/>
                <w:szCs w:val="16"/>
              </w:rPr>
            </w:pPr>
            <w:r w:rsidRPr="003335DA">
              <w:rPr>
                <w:sz w:val="16"/>
                <w:szCs w:val="16"/>
              </w:rPr>
              <w:t>$ ______</w:t>
            </w:r>
          </w:p>
        </w:tc>
      </w:tr>
      <w:tr w:rsidR="00716832" w:rsidRPr="003335DA" w14:paraId="25F43957" w14:textId="77777777" w:rsidTr="000D52D2">
        <w:trPr>
          <w:trHeight w:val="188"/>
          <w:jc w:val="center"/>
        </w:trPr>
        <w:tc>
          <w:tcPr>
            <w:tcW w:w="1276" w:type="dxa"/>
            <w:vAlign w:val="center"/>
          </w:tcPr>
          <w:p w14:paraId="3E1B799D" w14:textId="41EB1E4D" w:rsidR="00716832" w:rsidRPr="003335DA" w:rsidRDefault="00716832" w:rsidP="00716832">
            <w:pPr>
              <w:rPr>
                <w:sz w:val="16"/>
                <w:szCs w:val="16"/>
              </w:rPr>
            </w:pPr>
            <w:r w:rsidRPr="003335DA">
              <w:rPr>
                <w:sz w:val="16"/>
                <w:szCs w:val="16"/>
              </w:rPr>
              <w:t>5</w:t>
            </w:r>
          </w:p>
        </w:tc>
        <w:tc>
          <w:tcPr>
            <w:tcW w:w="1277" w:type="dxa"/>
            <w:vAlign w:val="center"/>
          </w:tcPr>
          <w:p w14:paraId="3F154A8F" w14:textId="3884413D" w:rsidR="00716832" w:rsidRPr="003335DA" w:rsidRDefault="00716832" w:rsidP="00716832">
            <w:pPr>
              <w:rPr>
                <w:sz w:val="16"/>
                <w:szCs w:val="16"/>
              </w:rPr>
            </w:pPr>
            <w:r w:rsidRPr="003335DA">
              <w:rPr>
                <w:sz w:val="16"/>
                <w:szCs w:val="16"/>
              </w:rPr>
              <w:t>AXIS P3275-LVE 10mm</w:t>
            </w:r>
          </w:p>
        </w:tc>
        <w:tc>
          <w:tcPr>
            <w:tcW w:w="1277" w:type="dxa"/>
            <w:vAlign w:val="center"/>
          </w:tcPr>
          <w:p w14:paraId="789B6E5D" w14:textId="77777777" w:rsidR="00716832" w:rsidRPr="003335DA" w:rsidRDefault="00716832" w:rsidP="00716832">
            <w:pPr>
              <w:rPr>
                <w:sz w:val="16"/>
                <w:szCs w:val="16"/>
              </w:rPr>
            </w:pPr>
            <w:r w:rsidRPr="003335DA">
              <w:rPr>
                <w:sz w:val="16"/>
                <w:szCs w:val="16"/>
              </w:rPr>
              <w:t>03150-001</w:t>
            </w:r>
          </w:p>
          <w:p w14:paraId="2EDA3794" w14:textId="4C3AA048" w:rsidR="00716832" w:rsidRPr="003335DA" w:rsidRDefault="00716832" w:rsidP="00716832">
            <w:pPr>
              <w:rPr>
                <w:sz w:val="16"/>
                <w:szCs w:val="16"/>
              </w:rPr>
            </w:pPr>
          </w:p>
        </w:tc>
        <w:tc>
          <w:tcPr>
            <w:tcW w:w="1276" w:type="dxa"/>
            <w:vAlign w:val="center"/>
          </w:tcPr>
          <w:p w14:paraId="0492E443" w14:textId="7DC2373A" w:rsidR="00716832" w:rsidRPr="003335DA" w:rsidRDefault="00716832" w:rsidP="00716832">
            <w:pPr>
              <w:rPr>
                <w:sz w:val="16"/>
                <w:szCs w:val="16"/>
              </w:rPr>
            </w:pPr>
            <w:r w:rsidRPr="003335DA">
              <w:rPr>
                <w:sz w:val="16"/>
                <w:szCs w:val="16"/>
              </w:rPr>
              <w:t>5</w:t>
            </w:r>
          </w:p>
        </w:tc>
        <w:tc>
          <w:tcPr>
            <w:tcW w:w="1277" w:type="dxa"/>
            <w:vAlign w:val="center"/>
          </w:tcPr>
          <w:p w14:paraId="124B9A5C" w14:textId="77777777" w:rsidR="00716832" w:rsidRPr="003335DA" w:rsidRDefault="00716832" w:rsidP="00716832">
            <w:pPr>
              <w:rPr>
                <w:sz w:val="16"/>
                <w:szCs w:val="16"/>
              </w:rPr>
            </w:pPr>
            <w:r w:rsidRPr="003335DA">
              <w:rPr>
                <w:sz w:val="16"/>
                <w:szCs w:val="16"/>
              </w:rPr>
              <w:t>$ ______</w:t>
            </w:r>
          </w:p>
        </w:tc>
        <w:tc>
          <w:tcPr>
            <w:tcW w:w="1277" w:type="dxa"/>
            <w:vAlign w:val="center"/>
          </w:tcPr>
          <w:p w14:paraId="796D81DA" w14:textId="77777777" w:rsidR="00716832" w:rsidRPr="003335DA" w:rsidRDefault="00716832" w:rsidP="00716832">
            <w:pPr>
              <w:rPr>
                <w:sz w:val="16"/>
                <w:szCs w:val="16"/>
              </w:rPr>
            </w:pPr>
            <w:r w:rsidRPr="003335DA">
              <w:rPr>
                <w:sz w:val="16"/>
                <w:szCs w:val="16"/>
              </w:rPr>
              <w:t>$ ______</w:t>
            </w:r>
          </w:p>
        </w:tc>
        <w:tc>
          <w:tcPr>
            <w:tcW w:w="1277" w:type="dxa"/>
            <w:vAlign w:val="center"/>
          </w:tcPr>
          <w:p w14:paraId="791B7E81" w14:textId="77777777" w:rsidR="00716832" w:rsidRPr="003335DA" w:rsidRDefault="00716832" w:rsidP="00716832">
            <w:pPr>
              <w:rPr>
                <w:sz w:val="16"/>
                <w:szCs w:val="16"/>
              </w:rPr>
            </w:pPr>
            <w:r w:rsidRPr="003335DA">
              <w:rPr>
                <w:sz w:val="16"/>
                <w:szCs w:val="16"/>
              </w:rPr>
              <w:t>$ ______</w:t>
            </w:r>
          </w:p>
        </w:tc>
        <w:tc>
          <w:tcPr>
            <w:tcW w:w="1277" w:type="dxa"/>
            <w:vAlign w:val="center"/>
          </w:tcPr>
          <w:p w14:paraId="2ED113E0" w14:textId="77777777" w:rsidR="00716832" w:rsidRPr="003335DA" w:rsidRDefault="00716832" w:rsidP="00716832">
            <w:pPr>
              <w:rPr>
                <w:sz w:val="16"/>
                <w:szCs w:val="16"/>
              </w:rPr>
            </w:pPr>
            <w:r w:rsidRPr="003335DA">
              <w:rPr>
                <w:sz w:val="16"/>
                <w:szCs w:val="16"/>
              </w:rPr>
              <w:t>$ ______</w:t>
            </w:r>
          </w:p>
        </w:tc>
      </w:tr>
      <w:tr w:rsidR="00716832" w:rsidRPr="003335DA" w14:paraId="36CAF3C5" w14:textId="77777777" w:rsidTr="003F2938">
        <w:trPr>
          <w:jc w:val="center"/>
        </w:trPr>
        <w:tc>
          <w:tcPr>
            <w:tcW w:w="1276" w:type="dxa"/>
            <w:vAlign w:val="center"/>
          </w:tcPr>
          <w:p w14:paraId="25488497" w14:textId="06C52A91" w:rsidR="00716832" w:rsidRPr="003335DA" w:rsidRDefault="00716832" w:rsidP="00716832">
            <w:pPr>
              <w:rPr>
                <w:sz w:val="16"/>
                <w:szCs w:val="16"/>
              </w:rPr>
            </w:pPr>
            <w:r w:rsidRPr="003335DA">
              <w:rPr>
                <w:sz w:val="16"/>
                <w:szCs w:val="16"/>
              </w:rPr>
              <w:t>6</w:t>
            </w:r>
          </w:p>
        </w:tc>
        <w:tc>
          <w:tcPr>
            <w:tcW w:w="1277" w:type="dxa"/>
            <w:vAlign w:val="center"/>
          </w:tcPr>
          <w:p w14:paraId="6A13615B" w14:textId="5BCAC36D" w:rsidR="00716832" w:rsidRPr="003335DA" w:rsidRDefault="00716832" w:rsidP="00716832">
            <w:pPr>
              <w:rPr>
                <w:sz w:val="16"/>
                <w:szCs w:val="16"/>
              </w:rPr>
            </w:pPr>
            <w:r w:rsidRPr="003335DA">
              <w:rPr>
                <w:sz w:val="16"/>
                <w:szCs w:val="16"/>
              </w:rPr>
              <w:t>AXIS P3275-V</w:t>
            </w:r>
          </w:p>
        </w:tc>
        <w:tc>
          <w:tcPr>
            <w:tcW w:w="1277" w:type="dxa"/>
            <w:vAlign w:val="center"/>
          </w:tcPr>
          <w:p w14:paraId="048ACB5C" w14:textId="17F4BFC0" w:rsidR="00716832" w:rsidRPr="003335DA" w:rsidRDefault="00716832" w:rsidP="00716832">
            <w:pPr>
              <w:rPr>
                <w:sz w:val="16"/>
                <w:szCs w:val="16"/>
              </w:rPr>
            </w:pPr>
            <w:r w:rsidRPr="003335DA">
              <w:rPr>
                <w:sz w:val="16"/>
                <w:szCs w:val="16"/>
              </w:rPr>
              <w:t>03501-001</w:t>
            </w:r>
          </w:p>
        </w:tc>
        <w:tc>
          <w:tcPr>
            <w:tcW w:w="1276" w:type="dxa"/>
            <w:vAlign w:val="center"/>
          </w:tcPr>
          <w:p w14:paraId="5BA84018" w14:textId="1ECDB4E4" w:rsidR="00716832" w:rsidRPr="003335DA" w:rsidRDefault="00716832" w:rsidP="00716832">
            <w:pPr>
              <w:rPr>
                <w:sz w:val="16"/>
                <w:szCs w:val="16"/>
              </w:rPr>
            </w:pPr>
            <w:r w:rsidRPr="003335DA">
              <w:rPr>
                <w:sz w:val="16"/>
                <w:szCs w:val="16"/>
              </w:rPr>
              <w:t>16</w:t>
            </w:r>
          </w:p>
        </w:tc>
        <w:tc>
          <w:tcPr>
            <w:tcW w:w="1277" w:type="dxa"/>
            <w:vAlign w:val="center"/>
          </w:tcPr>
          <w:p w14:paraId="60AFB0FC" w14:textId="77777777" w:rsidR="00716832" w:rsidRPr="003335DA" w:rsidRDefault="00716832" w:rsidP="00716832">
            <w:pPr>
              <w:rPr>
                <w:sz w:val="16"/>
                <w:szCs w:val="16"/>
              </w:rPr>
            </w:pPr>
            <w:r w:rsidRPr="003335DA">
              <w:rPr>
                <w:sz w:val="16"/>
                <w:szCs w:val="16"/>
              </w:rPr>
              <w:t>$ ______</w:t>
            </w:r>
          </w:p>
        </w:tc>
        <w:tc>
          <w:tcPr>
            <w:tcW w:w="1277" w:type="dxa"/>
            <w:vAlign w:val="center"/>
          </w:tcPr>
          <w:p w14:paraId="4F258C56" w14:textId="77777777" w:rsidR="00716832" w:rsidRPr="003335DA" w:rsidRDefault="00716832" w:rsidP="00716832">
            <w:pPr>
              <w:rPr>
                <w:sz w:val="16"/>
                <w:szCs w:val="16"/>
              </w:rPr>
            </w:pPr>
            <w:r w:rsidRPr="003335DA">
              <w:rPr>
                <w:sz w:val="16"/>
                <w:szCs w:val="16"/>
              </w:rPr>
              <w:t>$ ______</w:t>
            </w:r>
          </w:p>
        </w:tc>
        <w:tc>
          <w:tcPr>
            <w:tcW w:w="1277" w:type="dxa"/>
            <w:vAlign w:val="center"/>
          </w:tcPr>
          <w:p w14:paraId="6E85A272" w14:textId="77777777" w:rsidR="00716832" w:rsidRPr="003335DA" w:rsidRDefault="00716832" w:rsidP="00716832">
            <w:pPr>
              <w:rPr>
                <w:sz w:val="16"/>
                <w:szCs w:val="16"/>
              </w:rPr>
            </w:pPr>
            <w:r w:rsidRPr="003335DA">
              <w:rPr>
                <w:sz w:val="16"/>
                <w:szCs w:val="16"/>
              </w:rPr>
              <w:t>$ ______</w:t>
            </w:r>
          </w:p>
        </w:tc>
        <w:tc>
          <w:tcPr>
            <w:tcW w:w="1277" w:type="dxa"/>
            <w:vAlign w:val="center"/>
          </w:tcPr>
          <w:p w14:paraId="17B5DC23" w14:textId="77777777" w:rsidR="00716832" w:rsidRPr="003335DA" w:rsidRDefault="00716832" w:rsidP="00716832">
            <w:pPr>
              <w:rPr>
                <w:sz w:val="16"/>
                <w:szCs w:val="16"/>
              </w:rPr>
            </w:pPr>
            <w:r w:rsidRPr="003335DA">
              <w:rPr>
                <w:sz w:val="16"/>
                <w:szCs w:val="16"/>
              </w:rPr>
              <w:t>$ ______</w:t>
            </w:r>
          </w:p>
        </w:tc>
      </w:tr>
      <w:tr w:rsidR="00716832" w:rsidRPr="003335DA" w14:paraId="42815D69" w14:textId="77777777" w:rsidTr="003F2938">
        <w:trPr>
          <w:jc w:val="center"/>
        </w:trPr>
        <w:tc>
          <w:tcPr>
            <w:tcW w:w="1276" w:type="dxa"/>
            <w:vAlign w:val="center"/>
          </w:tcPr>
          <w:p w14:paraId="22F6AA3B" w14:textId="47ECAE88" w:rsidR="00716832" w:rsidRPr="003335DA" w:rsidRDefault="00716832" w:rsidP="00716832">
            <w:pPr>
              <w:rPr>
                <w:sz w:val="16"/>
                <w:szCs w:val="16"/>
              </w:rPr>
            </w:pPr>
            <w:r w:rsidRPr="003335DA">
              <w:rPr>
                <w:sz w:val="16"/>
                <w:szCs w:val="16"/>
              </w:rPr>
              <w:t>7</w:t>
            </w:r>
          </w:p>
        </w:tc>
        <w:tc>
          <w:tcPr>
            <w:tcW w:w="1277" w:type="dxa"/>
            <w:vAlign w:val="center"/>
          </w:tcPr>
          <w:p w14:paraId="6BED4EDB" w14:textId="5BB95945" w:rsidR="00716832" w:rsidRPr="003335DA" w:rsidRDefault="00716832" w:rsidP="00716832">
            <w:pPr>
              <w:rPr>
                <w:sz w:val="16"/>
                <w:szCs w:val="16"/>
              </w:rPr>
            </w:pPr>
            <w:r w:rsidRPr="003335DA">
              <w:rPr>
                <w:sz w:val="16"/>
                <w:szCs w:val="16"/>
              </w:rPr>
              <w:t>AXIS M3215-LVE</w:t>
            </w:r>
          </w:p>
        </w:tc>
        <w:tc>
          <w:tcPr>
            <w:tcW w:w="1277" w:type="dxa"/>
            <w:vAlign w:val="center"/>
          </w:tcPr>
          <w:p w14:paraId="09F714F5" w14:textId="58CE7622" w:rsidR="00716832" w:rsidRPr="003335DA" w:rsidRDefault="00716832" w:rsidP="00716832">
            <w:pPr>
              <w:rPr>
                <w:sz w:val="16"/>
                <w:szCs w:val="16"/>
              </w:rPr>
            </w:pPr>
            <w:r w:rsidRPr="003335DA">
              <w:rPr>
                <w:sz w:val="16"/>
                <w:szCs w:val="16"/>
              </w:rPr>
              <w:t>02371-001</w:t>
            </w:r>
          </w:p>
        </w:tc>
        <w:tc>
          <w:tcPr>
            <w:tcW w:w="1276" w:type="dxa"/>
            <w:vAlign w:val="center"/>
          </w:tcPr>
          <w:p w14:paraId="66EBB5F8" w14:textId="54A15C61" w:rsidR="00716832" w:rsidRPr="003335DA" w:rsidRDefault="00716832" w:rsidP="00716832">
            <w:pPr>
              <w:rPr>
                <w:sz w:val="16"/>
                <w:szCs w:val="16"/>
              </w:rPr>
            </w:pPr>
            <w:r w:rsidRPr="003335DA">
              <w:rPr>
                <w:sz w:val="16"/>
                <w:szCs w:val="16"/>
              </w:rPr>
              <w:t>7</w:t>
            </w:r>
          </w:p>
        </w:tc>
        <w:tc>
          <w:tcPr>
            <w:tcW w:w="1277" w:type="dxa"/>
            <w:vAlign w:val="center"/>
          </w:tcPr>
          <w:p w14:paraId="7BB0E96B" w14:textId="77777777" w:rsidR="00716832" w:rsidRPr="003335DA" w:rsidRDefault="00716832" w:rsidP="00716832">
            <w:pPr>
              <w:rPr>
                <w:sz w:val="16"/>
                <w:szCs w:val="16"/>
              </w:rPr>
            </w:pPr>
            <w:r w:rsidRPr="003335DA">
              <w:rPr>
                <w:sz w:val="16"/>
                <w:szCs w:val="16"/>
              </w:rPr>
              <w:t>$ ______</w:t>
            </w:r>
          </w:p>
        </w:tc>
        <w:tc>
          <w:tcPr>
            <w:tcW w:w="1277" w:type="dxa"/>
            <w:vAlign w:val="center"/>
          </w:tcPr>
          <w:p w14:paraId="4CF7B784" w14:textId="77777777" w:rsidR="00716832" w:rsidRPr="003335DA" w:rsidRDefault="00716832" w:rsidP="00716832">
            <w:pPr>
              <w:rPr>
                <w:sz w:val="16"/>
                <w:szCs w:val="16"/>
              </w:rPr>
            </w:pPr>
            <w:r w:rsidRPr="003335DA">
              <w:rPr>
                <w:sz w:val="16"/>
                <w:szCs w:val="16"/>
              </w:rPr>
              <w:t>$ ______</w:t>
            </w:r>
          </w:p>
        </w:tc>
        <w:tc>
          <w:tcPr>
            <w:tcW w:w="1277" w:type="dxa"/>
            <w:vAlign w:val="center"/>
          </w:tcPr>
          <w:p w14:paraId="5648105A" w14:textId="77777777" w:rsidR="00716832" w:rsidRPr="003335DA" w:rsidRDefault="00716832" w:rsidP="00716832">
            <w:pPr>
              <w:rPr>
                <w:sz w:val="16"/>
                <w:szCs w:val="16"/>
              </w:rPr>
            </w:pPr>
            <w:r w:rsidRPr="003335DA">
              <w:rPr>
                <w:sz w:val="16"/>
                <w:szCs w:val="16"/>
              </w:rPr>
              <w:t>$ ______</w:t>
            </w:r>
          </w:p>
        </w:tc>
        <w:tc>
          <w:tcPr>
            <w:tcW w:w="1277" w:type="dxa"/>
            <w:vAlign w:val="center"/>
          </w:tcPr>
          <w:p w14:paraId="25A83EE3" w14:textId="77777777" w:rsidR="00716832" w:rsidRPr="003335DA" w:rsidRDefault="00716832" w:rsidP="00716832">
            <w:pPr>
              <w:rPr>
                <w:sz w:val="16"/>
                <w:szCs w:val="16"/>
              </w:rPr>
            </w:pPr>
            <w:r w:rsidRPr="003335DA">
              <w:rPr>
                <w:sz w:val="16"/>
                <w:szCs w:val="16"/>
              </w:rPr>
              <w:t>$ ______</w:t>
            </w:r>
          </w:p>
        </w:tc>
      </w:tr>
      <w:tr w:rsidR="00716832" w:rsidRPr="003335DA" w14:paraId="7ACBE32D" w14:textId="77777777" w:rsidTr="003F2938">
        <w:trPr>
          <w:jc w:val="center"/>
        </w:trPr>
        <w:tc>
          <w:tcPr>
            <w:tcW w:w="1276" w:type="dxa"/>
            <w:vAlign w:val="center"/>
          </w:tcPr>
          <w:p w14:paraId="77E961E7" w14:textId="7819DC27" w:rsidR="00716832" w:rsidRPr="003335DA" w:rsidRDefault="00716832" w:rsidP="00716832">
            <w:pPr>
              <w:rPr>
                <w:sz w:val="16"/>
                <w:szCs w:val="16"/>
              </w:rPr>
            </w:pPr>
            <w:r w:rsidRPr="003335DA">
              <w:rPr>
                <w:sz w:val="16"/>
                <w:szCs w:val="16"/>
              </w:rPr>
              <w:t>8</w:t>
            </w:r>
          </w:p>
        </w:tc>
        <w:tc>
          <w:tcPr>
            <w:tcW w:w="1277" w:type="dxa"/>
            <w:vAlign w:val="center"/>
          </w:tcPr>
          <w:p w14:paraId="4F5DD62D" w14:textId="21870438" w:rsidR="00716832" w:rsidRPr="003335DA" w:rsidRDefault="00716832" w:rsidP="00716832">
            <w:pPr>
              <w:rPr>
                <w:sz w:val="16"/>
                <w:szCs w:val="16"/>
              </w:rPr>
            </w:pPr>
            <w:r w:rsidRPr="003335DA">
              <w:rPr>
                <w:sz w:val="16"/>
                <w:szCs w:val="16"/>
              </w:rPr>
              <w:t>AXIS P3735-PLE</w:t>
            </w:r>
          </w:p>
        </w:tc>
        <w:tc>
          <w:tcPr>
            <w:tcW w:w="1277" w:type="dxa"/>
            <w:vAlign w:val="center"/>
          </w:tcPr>
          <w:p w14:paraId="5DEE4E8B" w14:textId="121DE819" w:rsidR="00716832" w:rsidRPr="003335DA" w:rsidRDefault="00716832" w:rsidP="00716832">
            <w:pPr>
              <w:rPr>
                <w:sz w:val="16"/>
                <w:szCs w:val="16"/>
              </w:rPr>
            </w:pPr>
            <w:r w:rsidRPr="003335DA">
              <w:rPr>
                <w:sz w:val="16"/>
                <w:szCs w:val="16"/>
              </w:rPr>
              <w:t>02633-001</w:t>
            </w:r>
          </w:p>
        </w:tc>
        <w:tc>
          <w:tcPr>
            <w:tcW w:w="1276" w:type="dxa"/>
            <w:vAlign w:val="center"/>
          </w:tcPr>
          <w:p w14:paraId="1A480E4E" w14:textId="4D61CF00" w:rsidR="00716832" w:rsidRPr="003335DA" w:rsidRDefault="00716832" w:rsidP="00716832">
            <w:pPr>
              <w:rPr>
                <w:sz w:val="16"/>
                <w:szCs w:val="16"/>
              </w:rPr>
            </w:pPr>
            <w:r w:rsidRPr="003335DA">
              <w:rPr>
                <w:sz w:val="16"/>
                <w:szCs w:val="16"/>
              </w:rPr>
              <w:t>3</w:t>
            </w:r>
          </w:p>
        </w:tc>
        <w:tc>
          <w:tcPr>
            <w:tcW w:w="1277" w:type="dxa"/>
            <w:vAlign w:val="center"/>
          </w:tcPr>
          <w:p w14:paraId="595977B6" w14:textId="77777777" w:rsidR="00716832" w:rsidRPr="003335DA" w:rsidRDefault="00716832" w:rsidP="00716832">
            <w:pPr>
              <w:rPr>
                <w:sz w:val="16"/>
                <w:szCs w:val="16"/>
              </w:rPr>
            </w:pPr>
            <w:r w:rsidRPr="003335DA">
              <w:rPr>
                <w:sz w:val="16"/>
                <w:szCs w:val="16"/>
              </w:rPr>
              <w:t>$ ______</w:t>
            </w:r>
          </w:p>
        </w:tc>
        <w:tc>
          <w:tcPr>
            <w:tcW w:w="1277" w:type="dxa"/>
            <w:vAlign w:val="center"/>
          </w:tcPr>
          <w:p w14:paraId="585275DB" w14:textId="77777777" w:rsidR="00716832" w:rsidRPr="003335DA" w:rsidRDefault="00716832" w:rsidP="00716832">
            <w:pPr>
              <w:rPr>
                <w:sz w:val="16"/>
                <w:szCs w:val="16"/>
              </w:rPr>
            </w:pPr>
            <w:r w:rsidRPr="003335DA">
              <w:rPr>
                <w:sz w:val="16"/>
                <w:szCs w:val="16"/>
              </w:rPr>
              <w:t>$ ______</w:t>
            </w:r>
          </w:p>
        </w:tc>
        <w:tc>
          <w:tcPr>
            <w:tcW w:w="1277" w:type="dxa"/>
            <w:vAlign w:val="center"/>
          </w:tcPr>
          <w:p w14:paraId="6E802C3F" w14:textId="77777777" w:rsidR="00716832" w:rsidRPr="003335DA" w:rsidRDefault="00716832" w:rsidP="00716832">
            <w:pPr>
              <w:rPr>
                <w:sz w:val="16"/>
                <w:szCs w:val="16"/>
              </w:rPr>
            </w:pPr>
            <w:r w:rsidRPr="003335DA">
              <w:rPr>
                <w:sz w:val="16"/>
                <w:szCs w:val="16"/>
              </w:rPr>
              <w:t>$ ______</w:t>
            </w:r>
          </w:p>
        </w:tc>
        <w:tc>
          <w:tcPr>
            <w:tcW w:w="1277" w:type="dxa"/>
            <w:vAlign w:val="center"/>
          </w:tcPr>
          <w:p w14:paraId="462E56FC" w14:textId="77777777" w:rsidR="00716832" w:rsidRPr="003335DA" w:rsidRDefault="00716832" w:rsidP="00716832">
            <w:pPr>
              <w:rPr>
                <w:sz w:val="16"/>
                <w:szCs w:val="16"/>
              </w:rPr>
            </w:pPr>
            <w:r w:rsidRPr="003335DA">
              <w:rPr>
                <w:sz w:val="16"/>
                <w:szCs w:val="16"/>
              </w:rPr>
              <w:t>$ ______</w:t>
            </w:r>
          </w:p>
        </w:tc>
      </w:tr>
      <w:tr w:rsidR="00716832" w:rsidRPr="003335DA" w14:paraId="52EB679C" w14:textId="77777777" w:rsidTr="003F2938">
        <w:trPr>
          <w:jc w:val="center"/>
        </w:trPr>
        <w:tc>
          <w:tcPr>
            <w:tcW w:w="1276" w:type="dxa"/>
            <w:vAlign w:val="center"/>
          </w:tcPr>
          <w:p w14:paraId="7AD7292F" w14:textId="06A9E53F" w:rsidR="00716832" w:rsidRPr="003335DA" w:rsidRDefault="00716832" w:rsidP="00716832">
            <w:pPr>
              <w:rPr>
                <w:sz w:val="16"/>
                <w:szCs w:val="16"/>
              </w:rPr>
            </w:pPr>
            <w:r w:rsidRPr="003335DA">
              <w:rPr>
                <w:sz w:val="16"/>
                <w:szCs w:val="16"/>
              </w:rPr>
              <w:t>9</w:t>
            </w:r>
          </w:p>
        </w:tc>
        <w:tc>
          <w:tcPr>
            <w:tcW w:w="1277" w:type="dxa"/>
            <w:vAlign w:val="center"/>
          </w:tcPr>
          <w:p w14:paraId="2B53E962" w14:textId="6D55879B" w:rsidR="00716832" w:rsidRPr="003335DA" w:rsidRDefault="00716832" w:rsidP="00716832">
            <w:pPr>
              <w:rPr>
                <w:sz w:val="16"/>
                <w:szCs w:val="16"/>
              </w:rPr>
            </w:pPr>
            <w:r w:rsidRPr="003335DA">
              <w:rPr>
                <w:sz w:val="16"/>
                <w:szCs w:val="16"/>
              </w:rPr>
              <w:t>AXIS P9117-Pv</w:t>
            </w:r>
          </w:p>
        </w:tc>
        <w:tc>
          <w:tcPr>
            <w:tcW w:w="1277" w:type="dxa"/>
            <w:vAlign w:val="center"/>
          </w:tcPr>
          <w:p w14:paraId="4D2D3170" w14:textId="0FCDEF20" w:rsidR="00716832" w:rsidRPr="003335DA" w:rsidRDefault="00716832" w:rsidP="00716832">
            <w:pPr>
              <w:rPr>
                <w:sz w:val="16"/>
                <w:szCs w:val="16"/>
              </w:rPr>
            </w:pPr>
            <w:r w:rsidRPr="003335DA">
              <w:rPr>
                <w:sz w:val="16"/>
                <w:szCs w:val="16"/>
              </w:rPr>
              <w:t>02864-001</w:t>
            </w:r>
          </w:p>
        </w:tc>
        <w:tc>
          <w:tcPr>
            <w:tcW w:w="1276" w:type="dxa"/>
            <w:vAlign w:val="center"/>
          </w:tcPr>
          <w:p w14:paraId="59CE718C" w14:textId="3C4F2411" w:rsidR="00716832" w:rsidRPr="003335DA" w:rsidRDefault="00716832" w:rsidP="00716832">
            <w:pPr>
              <w:rPr>
                <w:sz w:val="16"/>
                <w:szCs w:val="16"/>
              </w:rPr>
            </w:pPr>
            <w:r w:rsidRPr="003335DA">
              <w:rPr>
                <w:sz w:val="16"/>
                <w:szCs w:val="16"/>
              </w:rPr>
              <w:t>1</w:t>
            </w:r>
          </w:p>
        </w:tc>
        <w:tc>
          <w:tcPr>
            <w:tcW w:w="1277" w:type="dxa"/>
            <w:vAlign w:val="center"/>
          </w:tcPr>
          <w:p w14:paraId="5FE6FC39" w14:textId="77777777" w:rsidR="00716832" w:rsidRPr="003335DA" w:rsidRDefault="00716832" w:rsidP="00716832">
            <w:pPr>
              <w:rPr>
                <w:sz w:val="16"/>
                <w:szCs w:val="16"/>
              </w:rPr>
            </w:pPr>
            <w:r w:rsidRPr="003335DA">
              <w:rPr>
                <w:sz w:val="16"/>
                <w:szCs w:val="16"/>
              </w:rPr>
              <w:t>$ ______</w:t>
            </w:r>
          </w:p>
        </w:tc>
        <w:tc>
          <w:tcPr>
            <w:tcW w:w="1277" w:type="dxa"/>
            <w:vAlign w:val="center"/>
          </w:tcPr>
          <w:p w14:paraId="3B66F3EB" w14:textId="77777777" w:rsidR="00716832" w:rsidRPr="003335DA" w:rsidRDefault="00716832" w:rsidP="00716832">
            <w:pPr>
              <w:rPr>
                <w:sz w:val="16"/>
                <w:szCs w:val="16"/>
              </w:rPr>
            </w:pPr>
            <w:r w:rsidRPr="003335DA">
              <w:rPr>
                <w:sz w:val="16"/>
                <w:szCs w:val="16"/>
              </w:rPr>
              <w:t>$ ______</w:t>
            </w:r>
          </w:p>
        </w:tc>
        <w:tc>
          <w:tcPr>
            <w:tcW w:w="1277" w:type="dxa"/>
            <w:vAlign w:val="center"/>
          </w:tcPr>
          <w:p w14:paraId="77A856B5" w14:textId="77777777" w:rsidR="00716832" w:rsidRPr="003335DA" w:rsidRDefault="00716832" w:rsidP="00716832">
            <w:pPr>
              <w:rPr>
                <w:sz w:val="16"/>
                <w:szCs w:val="16"/>
              </w:rPr>
            </w:pPr>
            <w:r w:rsidRPr="003335DA">
              <w:rPr>
                <w:sz w:val="16"/>
                <w:szCs w:val="16"/>
              </w:rPr>
              <w:t>$ ______</w:t>
            </w:r>
          </w:p>
        </w:tc>
        <w:tc>
          <w:tcPr>
            <w:tcW w:w="1277" w:type="dxa"/>
            <w:vAlign w:val="center"/>
          </w:tcPr>
          <w:p w14:paraId="101363E1" w14:textId="77777777" w:rsidR="00716832" w:rsidRPr="003335DA" w:rsidRDefault="00716832" w:rsidP="00716832">
            <w:pPr>
              <w:rPr>
                <w:sz w:val="16"/>
                <w:szCs w:val="16"/>
              </w:rPr>
            </w:pPr>
            <w:r w:rsidRPr="003335DA">
              <w:rPr>
                <w:sz w:val="16"/>
                <w:szCs w:val="16"/>
              </w:rPr>
              <w:t>$ ______</w:t>
            </w:r>
          </w:p>
        </w:tc>
      </w:tr>
      <w:tr w:rsidR="00716832" w:rsidRPr="003335DA" w14:paraId="2A6AD3E9" w14:textId="77777777" w:rsidTr="003F2938">
        <w:trPr>
          <w:jc w:val="center"/>
        </w:trPr>
        <w:tc>
          <w:tcPr>
            <w:tcW w:w="1276" w:type="dxa"/>
            <w:vAlign w:val="center"/>
          </w:tcPr>
          <w:p w14:paraId="2BF2A058" w14:textId="3A31D691" w:rsidR="00716832" w:rsidRPr="003335DA" w:rsidRDefault="00716832" w:rsidP="00716832">
            <w:pPr>
              <w:rPr>
                <w:sz w:val="16"/>
                <w:szCs w:val="16"/>
              </w:rPr>
            </w:pPr>
            <w:r w:rsidRPr="003335DA">
              <w:rPr>
                <w:sz w:val="16"/>
                <w:szCs w:val="16"/>
              </w:rPr>
              <w:t>10</w:t>
            </w:r>
          </w:p>
        </w:tc>
        <w:tc>
          <w:tcPr>
            <w:tcW w:w="1277" w:type="dxa"/>
            <w:vAlign w:val="center"/>
          </w:tcPr>
          <w:p w14:paraId="15FE0D30" w14:textId="2FB9814A" w:rsidR="00716832" w:rsidRPr="003335DA" w:rsidRDefault="00716832" w:rsidP="00716832">
            <w:pPr>
              <w:rPr>
                <w:sz w:val="16"/>
                <w:szCs w:val="16"/>
              </w:rPr>
            </w:pPr>
            <w:r w:rsidRPr="003335DA">
              <w:rPr>
                <w:sz w:val="16"/>
                <w:szCs w:val="16"/>
              </w:rPr>
              <w:t>AXIS Q3546-LVE 10MM</w:t>
            </w:r>
          </w:p>
        </w:tc>
        <w:tc>
          <w:tcPr>
            <w:tcW w:w="1277" w:type="dxa"/>
            <w:vAlign w:val="center"/>
          </w:tcPr>
          <w:p w14:paraId="4E4CAD46" w14:textId="4ECDE47C" w:rsidR="00716832" w:rsidRPr="003335DA" w:rsidRDefault="00716832" w:rsidP="00716832">
            <w:pPr>
              <w:rPr>
                <w:sz w:val="16"/>
                <w:szCs w:val="16"/>
              </w:rPr>
            </w:pPr>
            <w:r w:rsidRPr="003335DA">
              <w:rPr>
                <w:sz w:val="16"/>
                <w:szCs w:val="16"/>
              </w:rPr>
              <w:t>02971-001</w:t>
            </w:r>
          </w:p>
        </w:tc>
        <w:tc>
          <w:tcPr>
            <w:tcW w:w="1276" w:type="dxa"/>
            <w:vAlign w:val="center"/>
          </w:tcPr>
          <w:p w14:paraId="6EA0312A" w14:textId="43277DB0" w:rsidR="00716832" w:rsidRPr="003335DA" w:rsidRDefault="00716832" w:rsidP="00716832">
            <w:pPr>
              <w:rPr>
                <w:sz w:val="16"/>
                <w:szCs w:val="16"/>
              </w:rPr>
            </w:pPr>
            <w:r w:rsidRPr="003335DA">
              <w:rPr>
                <w:sz w:val="16"/>
                <w:szCs w:val="16"/>
              </w:rPr>
              <w:t>6</w:t>
            </w:r>
          </w:p>
        </w:tc>
        <w:tc>
          <w:tcPr>
            <w:tcW w:w="1277" w:type="dxa"/>
            <w:vAlign w:val="center"/>
          </w:tcPr>
          <w:p w14:paraId="128B1730" w14:textId="77777777" w:rsidR="00716832" w:rsidRPr="003335DA" w:rsidRDefault="00716832" w:rsidP="00716832">
            <w:pPr>
              <w:rPr>
                <w:sz w:val="16"/>
                <w:szCs w:val="16"/>
              </w:rPr>
            </w:pPr>
            <w:r w:rsidRPr="003335DA">
              <w:rPr>
                <w:sz w:val="16"/>
                <w:szCs w:val="16"/>
              </w:rPr>
              <w:t>$ ______</w:t>
            </w:r>
          </w:p>
        </w:tc>
        <w:tc>
          <w:tcPr>
            <w:tcW w:w="1277" w:type="dxa"/>
            <w:vAlign w:val="center"/>
          </w:tcPr>
          <w:p w14:paraId="7D055AE2" w14:textId="77777777" w:rsidR="00716832" w:rsidRPr="003335DA" w:rsidRDefault="00716832" w:rsidP="00716832">
            <w:pPr>
              <w:rPr>
                <w:sz w:val="16"/>
                <w:szCs w:val="16"/>
              </w:rPr>
            </w:pPr>
            <w:r w:rsidRPr="003335DA">
              <w:rPr>
                <w:sz w:val="16"/>
                <w:szCs w:val="16"/>
              </w:rPr>
              <w:t>$ ______</w:t>
            </w:r>
          </w:p>
        </w:tc>
        <w:tc>
          <w:tcPr>
            <w:tcW w:w="1277" w:type="dxa"/>
            <w:vAlign w:val="center"/>
          </w:tcPr>
          <w:p w14:paraId="517C971F" w14:textId="77777777" w:rsidR="00716832" w:rsidRPr="003335DA" w:rsidRDefault="00716832" w:rsidP="00716832">
            <w:pPr>
              <w:rPr>
                <w:sz w:val="16"/>
                <w:szCs w:val="16"/>
              </w:rPr>
            </w:pPr>
            <w:r w:rsidRPr="003335DA">
              <w:rPr>
                <w:sz w:val="16"/>
                <w:szCs w:val="16"/>
              </w:rPr>
              <w:t>$ ______</w:t>
            </w:r>
          </w:p>
        </w:tc>
        <w:tc>
          <w:tcPr>
            <w:tcW w:w="1277" w:type="dxa"/>
            <w:vAlign w:val="center"/>
          </w:tcPr>
          <w:p w14:paraId="33BE6664" w14:textId="77777777" w:rsidR="00716832" w:rsidRPr="003335DA" w:rsidRDefault="00716832" w:rsidP="00716832">
            <w:pPr>
              <w:rPr>
                <w:sz w:val="16"/>
                <w:szCs w:val="16"/>
              </w:rPr>
            </w:pPr>
            <w:r w:rsidRPr="003335DA">
              <w:rPr>
                <w:sz w:val="16"/>
                <w:szCs w:val="16"/>
              </w:rPr>
              <w:t>$ ______</w:t>
            </w:r>
          </w:p>
        </w:tc>
      </w:tr>
      <w:tr w:rsidR="00716832" w:rsidRPr="003335DA" w14:paraId="293A32A1" w14:textId="77777777" w:rsidTr="003F2938">
        <w:trPr>
          <w:jc w:val="center"/>
        </w:trPr>
        <w:tc>
          <w:tcPr>
            <w:tcW w:w="5106" w:type="dxa"/>
            <w:gridSpan w:val="4"/>
            <w:vAlign w:val="center"/>
          </w:tcPr>
          <w:p w14:paraId="444B6959" w14:textId="77777777" w:rsidR="00716832" w:rsidRPr="003335DA" w:rsidRDefault="00716832" w:rsidP="00716832">
            <w:pPr>
              <w:rPr>
                <w:sz w:val="16"/>
                <w:szCs w:val="16"/>
              </w:rPr>
            </w:pPr>
            <w:r w:rsidRPr="003335DA">
              <w:rPr>
                <w:sz w:val="16"/>
                <w:szCs w:val="16"/>
              </w:rPr>
              <w:t>Equipment &amp; Installation Subtotal</w:t>
            </w:r>
          </w:p>
        </w:tc>
        <w:tc>
          <w:tcPr>
            <w:tcW w:w="1277" w:type="dxa"/>
            <w:vAlign w:val="center"/>
          </w:tcPr>
          <w:p w14:paraId="1C155CE4" w14:textId="77777777" w:rsidR="00716832" w:rsidRPr="003335DA" w:rsidRDefault="00716832" w:rsidP="00716832">
            <w:pPr>
              <w:rPr>
                <w:sz w:val="16"/>
                <w:szCs w:val="16"/>
              </w:rPr>
            </w:pPr>
            <w:r w:rsidRPr="003335DA">
              <w:rPr>
                <w:sz w:val="16"/>
                <w:szCs w:val="16"/>
              </w:rPr>
              <w:t>$ ______</w:t>
            </w:r>
          </w:p>
        </w:tc>
        <w:tc>
          <w:tcPr>
            <w:tcW w:w="1277" w:type="dxa"/>
            <w:vAlign w:val="center"/>
          </w:tcPr>
          <w:p w14:paraId="7A995D55" w14:textId="77777777" w:rsidR="00716832" w:rsidRPr="003335DA" w:rsidRDefault="00716832" w:rsidP="00716832">
            <w:pPr>
              <w:rPr>
                <w:sz w:val="16"/>
                <w:szCs w:val="16"/>
              </w:rPr>
            </w:pPr>
            <w:r w:rsidRPr="003335DA">
              <w:rPr>
                <w:sz w:val="16"/>
                <w:szCs w:val="16"/>
              </w:rPr>
              <w:t>$ ______</w:t>
            </w:r>
          </w:p>
        </w:tc>
        <w:tc>
          <w:tcPr>
            <w:tcW w:w="1277" w:type="dxa"/>
            <w:vAlign w:val="center"/>
          </w:tcPr>
          <w:p w14:paraId="689E8328" w14:textId="77777777" w:rsidR="00716832" w:rsidRPr="003335DA" w:rsidRDefault="00716832" w:rsidP="00716832">
            <w:pPr>
              <w:rPr>
                <w:sz w:val="16"/>
                <w:szCs w:val="16"/>
              </w:rPr>
            </w:pPr>
            <w:r w:rsidRPr="003335DA">
              <w:rPr>
                <w:sz w:val="16"/>
                <w:szCs w:val="16"/>
              </w:rPr>
              <w:t>$ ______</w:t>
            </w:r>
          </w:p>
        </w:tc>
        <w:tc>
          <w:tcPr>
            <w:tcW w:w="1277" w:type="dxa"/>
            <w:vAlign w:val="center"/>
          </w:tcPr>
          <w:p w14:paraId="241A8A59" w14:textId="77777777" w:rsidR="00716832" w:rsidRPr="003335DA" w:rsidRDefault="00716832" w:rsidP="00716832">
            <w:pPr>
              <w:rPr>
                <w:sz w:val="16"/>
                <w:szCs w:val="16"/>
              </w:rPr>
            </w:pPr>
            <w:r w:rsidRPr="003335DA">
              <w:rPr>
                <w:sz w:val="16"/>
                <w:szCs w:val="16"/>
              </w:rPr>
              <w:t>$ ______</w:t>
            </w:r>
          </w:p>
        </w:tc>
      </w:tr>
    </w:tbl>
    <w:p w14:paraId="38B50A1A" w14:textId="77777777" w:rsidR="00540FC2" w:rsidRPr="003335DA" w:rsidRDefault="00540FC2" w:rsidP="00716832">
      <w:pPr>
        <w:spacing w:after="0" w:line="240" w:lineRule="auto"/>
        <w:rPr>
          <w:sz w:val="16"/>
          <w:szCs w:val="16"/>
        </w:rPr>
      </w:pPr>
    </w:p>
    <w:p w14:paraId="14516974" w14:textId="77777777" w:rsidR="00540FC2" w:rsidRPr="003335DA" w:rsidRDefault="007477C1">
      <w:pPr>
        <w:rPr>
          <w:sz w:val="16"/>
          <w:szCs w:val="16"/>
        </w:rPr>
      </w:pPr>
      <w:r w:rsidRPr="003335DA">
        <w:rPr>
          <w:b/>
          <w:sz w:val="16"/>
          <w:szCs w:val="16"/>
        </w:rPr>
        <w:t xml:space="preserve">Note: </w:t>
      </w:r>
      <w:r w:rsidRPr="003335DA">
        <w:rPr>
          <w:sz w:val="16"/>
          <w:szCs w:val="16"/>
        </w:rPr>
        <w:t>The bid schedule is intentionally structured for bidder-entered unit pricing. Quantities are based on the supplied replacement equipment schedule and should be reconciled by the bidder before final pricing.</w:t>
      </w:r>
    </w:p>
    <w:p w14:paraId="12475119" w14:textId="77777777" w:rsidR="00540FC2" w:rsidRPr="003335DA" w:rsidRDefault="00540FC2">
      <w:pPr>
        <w:rPr>
          <w:sz w:val="16"/>
          <w:szCs w:val="16"/>
        </w:rPr>
      </w:pPr>
    </w:p>
    <w:p w14:paraId="54FEEA46" w14:textId="77777777" w:rsidR="00540FC2" w:rsidRPr="003335DA" w:rsidRDefault="007477C1">
      <w:pPr>
        <w:rPr>
          <w:sz w:val="16"/>
          <w:szCs w:val="16"/>
        </w:rPr>
      </w:pPr>
      <w:r w:rsidRPr="003335DA">
        <w:rPr>
          <w:b/>
          <w:sz w:val="16"/>
          <w:szCs w:val="16"/>
        </w:rPr>
        <w:t>B. General Project Costs</w:t>
      </w:r>
    </w:p>
    <w:tbl>
      <w:tblPr>
        <w:tblStyle w:val="TableGrid"/>
        <w:tblW w:w="0" w:type="auto"/>
        <w:jc w:val="center"/>
        <w:tblLook w:val="04A0" w:firstRow="1" w:lastRow="0" w:firstColumn="1" w:lastColumn="0" w:noHBand="0" w:noVBand="1"/>
      </w:tblPr>
      <w:tblGrid>
        <w:gridCol w:w="2042"/>
        <w:gridCol w:w="2044"/>
        <w:gridCol w:w="2042"/>
        <w:gridCol w:w="2043"/>
        <w:gridCol w:w="2043"/>
      </w:tblGrid>
      <w:tr w:rsidR="00540FC2" w:rsidRPr="003335DA" w14:paraId="5686AD0F" w14:textId="77777777">
        <w:trPr>
          <w:tblHeader/>
          <w:jc w:val="center"/>
        </w:trPr>
        <w:tc>
          <w:tcPr>
            <w:tcW w:w="2045" w:type="dxa"/>
          </w:tcPr>
          <w:p w14:paraId="526E5020" w14:textId="77777777" w:rsidR="00540FC2" w:rsidRPr="003335DA" w:rsidRDefault="007477C1">
            <w:pPr>
              <w:rPr>
                <w:sz w:val="16"/>
                <w:szCs w:val="16"/>
              </w:rPr>
            </w:pPr>
            <w:r w:rsidRPr="003335DA">
              <w:rPr>
                <w:sz w:val="16"/>
                <w:szCs w:val="16"/>
              </w:rPr>
              <w:t>Item</w:t>
            </w:r>
          </w:p>
        </w:tc>
        <w:tc>
          <w:tcPr>
            <w:tcW w:w="2045" w:type="dxa"/>
          </w:tcPr>
          <w:p w14:paraId="6D04CD83" w14:textId="77777777" w:rsidR="00540FC2" w:rsidRPr="003335DA" w:rsidRDefault="007477C1">
            <w:pPr>
              <w:rPr>
                <w:sz w:val="16"/>
                <w:szCs w:val="16"/>
              </w:rPr>
            </w:pPr>
            <w:r w:rsidRPr="003335DA">
              <w:rPr>
                <w:sz w:val="16"/>
                <w:szCs w:val="16"/>
              </w:rPr>
              <w:t>Description</w:t>
            </w:r>
          </w:p>
        </w:tc>
        <w:tc>
          <w:tcPr>
            <w:tcW w:w="2045" w:type="dxa"/>
          </w:tcPr>
          <w:p w14:paraId="6C4D1E63" w14:textId="77777777" w:rsidR="00540FC2" w:rsidRPr="003335DA" w:rsidRDefault="007477C1">
            <w:pPr>
              <w:rPr>
                <w:sz w:val="16"/>
                <w:szCs w:val="16"/>
              </w:rPr>
            </w:pPr>
            <w:r w:rsidRPr="003335DA">
              <w:rPr>
                <w:sz w:val="16"/>
                <w:szCs w:val="16"/>
              </w:rPr>
              <w:t>Qty</w:t>
            </w:r>
          </w:p>
        </w:tc>
        <w:tc>
          <w:tcPr>
            <w:tcW w:w="2045" w:type="dxa"/>
          </w:tcPr>
          <w:p w14:paraId="6593A949" w14:textId="77777777" w:rsidR="00540FC2" w:rsidRPr="003335DA" w:rsidRDefault="007477C1">
            <w:pPr>
              <w:rPr>
                <w:sz w:val="16"/>
                <w:szCs w:val="16"/>
              </w:rPr>
            </w:pPr>
            <w:r w:rsidRPr="003335DA">
              <w:rPr>
                <w:sz w:val="16"/>
                <w:szCs w:val="16"/>
              </w:rPr>
              <w:t>Unit Price</w:t>
            </w:r>
          </w:p>
        </w:tc>
        <w:tc>
          <w:tcPr>
            <w:tcW w:w="2045" w:type="dxa"/>
          </w:tcPr>
          <w:p w14:paraId="6CD22FF5" w14:textId="77777777" w:rsidR="00540FC2" w:rsidRPr="003335DA" w:rsidRDefault="007477C1">
            <w:pPr>
              <w:rPr>
                <w:sz w:val="16"/>
                <w:szCs w:val="16"/>
              </w:rPr>
            </w:pPr>
            <w:r w:rsidRPr="003335DA">
              <w:rPr>
                <w:sz w:val="16"/>
                <w:szCs w:val="16"/>
              </w:rPr>
              <w:t>Extended Price</w:t>
            </w:r>
          </w:p>
        </w:tc>
      </w:tr>
      <w:tr w:rsidR="00540FC2" w:rsidRPr="003335DA" w14:paraId="77156126" w14:textId="77777777">
        <w:trPr>
          <w:jc w:val="center"/>
        </w:trPr>
        <w:tc>
          <w:tcPr>
            <w:tcW w:w="2045" w:type="dxa"/>
          </w:tcPr>
          <w:p w14:paraId="07A9F763" w14:textId="77777777" w:rsidR="00540FC2" w:rsidRPr="003335DA" w:rsidRDefault="007477C1">
            <w:pPr>
              <w:rPr>
                <w:sz w:val="16"/>
                <w:szCs w:val="16"/>
              </w:rPr>
            </w:pPr>
            <w:r w:rsidRPr="003335DA">
              <w:rPr>
                <w:sz w:val="16"/>
                <w:szCs w:val="16"/>
              </w:rPr>
              <w:t>A</w:t>
            </w:r>
          </w:p>
        </w:tc>
        <w:tc>
          <w:tcPr>
            <w:tcW w:w="2045" w:type="dxa"/>
          </w:tcPr>
          <w:p w14:paraId="1E8449C3" w14:textId="77777777" w:rsidR="00540FC2" w:rsidRPr="003335DA" w:rsidRDefault="007477C1">
            <w:pPr>
              <w:rPr>
                <w:sz w:val="16"/>
                <w:szCs w:val="16"/>
              </w:rPr>
            </w:pPr>
            <w:r w:rsidRPr="003335DA">
              <w:rPr>
                <w:sz w:val="16"/>
                <w:szCs w:val="16"/>
              </w:rPr>
              <w:t>Mobilization / demobilization</w:t>
            </w:r>
          </w:p>
        </w:tc>
        <w:tc>
          <w:tcPr>
            <w:tcW w:w="2045" w:type="dxa"/>
          </w:tcPr>
          <w:p w14:paraId="540E8B8A" w14:textId="77777777" w:rsidR="00540FC2" w:rsidRPr="003335DA" w:rsidRDefault="007477C1">
            <w:pPr>
              <w:rPr>
                <w:sz w:val="16"/>
                <w:szCs w:val="16"/>
              </w:rPr>
            </w:pPr>
            <w:r w:rsidRPr="003335DA">
              <w:rPr>
                <w:sz w:val="16"/>
                <w:szCs w:val="16"/>
              </w:rPr>
              <w:t>1</w:t>
            </w:r>
          </w:p>
        </w:tc>
        <w:tc>
          <w:tcPr>
            <w:tcW w:w="2045" w:type="dxa"/>
          </w:tcPr>
          <w:p w14:paraId="4D0C14D5" w14:textId="77777777" w:rsidR="00540FC2" w:rsidRPr="003335DA" w:rsidRDefault="007477C1">
            <w:pPr>
              <w:rPr>
                <w:sz w:val="16"/>
                <w:szCs w:val="16"/>
              </w:rPr>
            </w:pPr>
            <w:r w:rsidRPr="003335DA">
              <w:rPr>
                <w:sz w:val="16"/>
                <w:szCs w:val="16"/>
              </w:rPr>
              <w:t>$ ______</w:t>
            </w:r>
          </w:p>
        </w:tc>
        <w:tc>
          <w:tcPr>
            <w:tcW w:w="2045" w:type="dxa"/>
          </w:tcPr>
          <w:p w14:paraId="63881834" w14:textId="77777777" w:rsidR="00540FC2" w:rsidRPr="003335DA" w:rsidRDefault="007477C1">
            <w:pPr>
              <w:rPr>
                <w:sz w:val="16"/>
                <w:szCs w:val="16"/>
              </w:rPr>
            </w:pPr>
            <w:r w:rsidRPr="003335DA">
              <w:rPr>
                <w:sz w:val="16"/>
                <w:szCs w:val="16"/>
              </w:rPr>
              <w:t>$ ______</w:t>
            </w:r>
          </w:p>
        </w:tc>
      </w:tr>
      <w:tr w:rsidR="00540FC2" w:rsidRPr="003335DA" w14:paraId="3DD126FD" w14:textId="77777777">
        <w:trPr>
          <w:jc w:val="center"/>
        </w:trPr>
        <w:tc>
          <w:tcPr>
            <w:tcW w:w="2045" w:type="dxa"/>
          </w:tcPr>
          <w:p w14:paraId="0A3CDBFB" w14:textId="77777777" w:rsidR="00540FC2" w:rsidRPr="003335DA" w:rsidRDefault="007477C1">
            <w:pPr>
              <w:rPr>
                <w:sz w:val="16"/>
                <w:szCs w:val="16"/>
              </w:rPr>
            </w:pPr>
            <w:r w:rsidRPr="003335DA">
              <w:rPr>
                <w:sz w:val="16"/>
                <w:szCs w:val="16"/>
              </w:rPr>
              <w:t>B</w:t>
            </w:r>
          </w:p>
        </w:tc>
        <w:tc>
          <w:tcPr>
            <w:tcW w:w="2045" w:type="dxa"/>
          </w:tcPr>
          <w:p w14:paraId="5BCFD252" w14:textId="77777777" w:rsidR="00540FC2" w:rsidRPr="003335DA" w:rsidRDefault="007477C1">
            <w:pPr>
              <w:rPr>
                <w:sz w:val="16"/>
                <w:szCs w:val="16"/>
              </w:rPr>
            </w:pPr>
            <w:r w:rsidRPr="003335DA">
              <w:rPr>
                <w:sz w:val="16"/>
                <w:szCs w:val="16"/>
              </w:rPr>
              <w:t>Project management / supervision</w:t>
            </w:r>
          </w:p>
        </w:tc>
        <w:tc>
          <w:tcPr>
            <w:tcW w:w="2045" w:type="dxa"/>
          </w:tcPr>
          <w:p w14:paraId="4EC47F16" w14:textId="77777777" w:rsidR="00540FC2" w:rsidRPr="003335DA" w:rsidRDefault="007477C1">
            <w:pPr>
              <w:rPr>
                <w:sz w:val="16"/>
                <w:szCs w:val="16"/>
              </w:rPr>
            </w:pPr>
            <w:r w:rsidRPr="003335DA">
              <w:rPr>
                <w:sz w:val="16"/>
                <w:szCs w:val="16"/>
              </w:rPr>
              <w:t>1</w:t>
            </w:r>
          </w:p>
        </w:tc>
        <w:tc>
          <w:tcPr>
            <w:tcW w:w="2045" w:type="dxa"/>
          </w:tcPr>
          <w:p w14:paraId="634C4D06" w14:textId="77777777" w:rsidR="00540FC2" w:rsidRPr="003335DA" w:rsidRDefault="007477C1">
            <w:pPr>
              <w:rPr>
                <w:sz w:val="16"/>
                <w:szCs w:val="16"/>
              </w:rPr>
            </w:pPr>
            <w:r w:rsidRPr="003335DA">
              <w:rPr>
                <w:sz w:val="16"/>
                <w:szCs w:val="16"/>
              </w:rPr>
              <w:t>$ ______</w:t>
            </w:r>
          </w:p>
        </w:tc>
        <w:tc>
          <w:tcPr>
            <w:tcW w:w="2045" w:type="dxa"/>
          </w:tcPr>
          <w:p w14:paraId="0133DDD0" w14:textId="77777777" w:rsidR="00540FC2" w:rsidRPr="003335DA" w:rsidRDefault="007477C1">
            <w:pPr>
              <w:rPr>
                <w:sz w:val="16"/>
                <w:szCs w:val="16"/>
              </w:rPr>
            </w:pPr>
            <w:r w:rsidRPr="003335DA">
              <w:rPr>
                <w:sz w:val="16"/>
                <w:szCs w:val="16"/>
              </w:rPr>
              <w:t>$ ______</w:t>
            </w:r>
          </w:p>
        </w:tc>
      </w:tr>
      <w:tr w:rsidR="00540FC2" w:rsidRPr="003335DA" w14:paraId="25F84685" w14:textId="77777777">
        <w:trPr>
          <w:jc w:val="center"/>
        </w:trPr>
        <w:tc>
          <w:tcPr>
            <w:tcW w:w="2045" w:type="dxa"/>
          </w:tcPr>
          <w:p w14:paraId="1BD19B1E" w14:textId="77777777" w:rsidR="00540FC2" w:rsidRPr="003335DA" w:rsidRDefault="007477C1">
            <w:pPr>
              <w:rPr>
                <w:sz w:val="16"/>
                <w:szCs w:val="16"/>
              </w:rPr>
            </w:pPr>
            <w:r w:rsidRPr="003335DA">
              <w:rPr>
                <w:sz w:val="16"/>
                <w:szCs w:val="16"/>
              </w:rPr>
              <w:t>C</w:t>
            </w:r>
          </w:p>
        </w:tc>
        <w:tc>
          <w:tcPr>
            <w:tcW w:w="2045" w:type="dxa"/>
          </w:tcPr>
          <w:p w14:paraId="53389FB8" w14:textId="77777777" w:rsidR="00540FC2" w:rsidRPr="003335DA" w:rsidRDefault="007477C1">
            <w:pPr>
              <w:rPr>
                <w:sz w:val="16"/>
                <w:szCs w:val="16"/>
              </w:rPr>
            </w:pPr>
            <w:r w:rsidRPr="003335DA">
              <w:rPr>
                <w:sz w:val="16"/>
                <w:szCs w:val="16"/>
              </w:rPr>
              <w:t>Site verification / pre-installation survey</w:t>
            </w:r>
          </w:p>
        </w:tc>
        <w:tc>
          <w:tcPr>
            <w:tcW w:w="2045" w:type="dxa"/>
          </w:tcPr>
          <w:p w14:paraId="3E543D2C" w14:textId="77777777" w:rsidR="00540FC2" w:rsidRPr="003335DA" w:rsidRDefault="007477C1">
            <w:pPr>
              <w:rPr>
                <w:sz w:val="16"/>
                <w:szCs w:val="16"/>
              </w:rPr>
            </w:pPr>
            <w:r w:rsidRPr="003335DA">
              <w:rPr>
                <w:sz w:val="16"/>
                <w:szCs w:val="16"/>
              </w:rPr>
              <w:t>1</w:t>
            </w:r>
          </w:p>
        </w:tc>
        <w:tc>
          <w:tcPr>
            <w:tcW w:w="2045" w:type="dxa"/>
          </w:tcPr>
          <w:p w14:paraId="40BB86F8" w14:textId="77777777" w:rsidR="00540FC2" w:rsidRPr="003335DA" w:rsidRDefault="007477C1">
            <w:pPr>
              <w:rPr>
                <w:sz w:val="16"/>
                <w:szCs w:val="16"/>
              </w:rPr>
            </w:pPr>
            <w:r w:rsidRPr="003335DA">
              <w:rPr>
                <w:sz w:val="16"/>
                <w:szCs w:val="16"/>
              </w:rPr>
              <w:t>$ ______</w:t>
            </w:r>
          </w:p>
        </w:tc>
        <w:tc>
          <w:tcPr>
            <w:tcW w:w="2045" w:type="dxa"/>
          </w:tcPr>
          <w:p w14:paraId="7535A498" w14:textId="77777777" w:rsidR="00540FC2" w:rsidRPr="003335DA" w:rsidRDefault="007477C1">
            <w:pPr>
              <w:rPr>
                <w:sz w:val="16"/>
                <w:szCs w:val="16"/>
              </w:rPr>
            </w:pPr>
            <w:r w:rsidRPr="003335DA">
              <w:rPr>
                <w:sz w:val="16"/>
                <w:szCs w:val="16"/>
              </w:rPr>
              <w:t>$ ______</w:t>
            </w:r>
          </w:p>
        </w:tc>
      </w:tr>
      <w:tr w:rsidR="00540FC2" w:rsidRPr="003335DA" w14:paraId="16DA4AB4" w14:textId="77777777">
        <w:trPr>
          <w:jc w:val="center"/>
        </w:trPr>
        <w:tc>
          <w:tcPr>
            <w:tcW w:w="2045" w:type="dxa"/>
          </w:tcPr>
          <w:p w14:paraId="40B613FD" w14:textId="77777777" w:rsidR="00540FC2" w:rsidRPr="003335DA" w:rsidRDefault="007477C1">
            <w:pPr>
              <w:rPr>
                <w:sz w:val="16"/>
                <w:szCs w:val="16"/>
              </w:rPr>
            </w:pPr>
            <w:r w:rsidRPr="003335DA">
              <w:rPr>
                <w:sz w:val="16"/>
                <w:szCs w:val="16"/>
              </w:rPr>
              <w:t>D</w:t>
            </w:r>
          </w:p>
        </w:tc>
        <w:tc>
          <w:tcPr>
            <w:tcW w:w="2045" w:type="dxa"/>
          </w:tcPr>
          <w:p w14:paraId="2429A92D" w14:textId="77777777" w:rsidR="00540FC2" w:rsidRPr="003335DA" w:rsidRDefault="007477C1">
            <w:pPr>
              <w:rPr>
                <w:sz w:val="16"/>
                <w:szCs w:val="16"/>
              </w:rPr>
            </w:pPr>
            <w:r w:rsidRPr="003335DA">
              <w:rPr>
                <w:sz w:val="16"/>
                <w:szCs w:val="16"/>
              </w:rPr>
              <w:t>Camera installation labor – included in equipment schedule or separately priced</w:t>
            </w:r>
          </w:p>
        </w:tc>
        <w:tc>
          <w:tcPr>
            <w:tcW w:w="2045" w:type="dxa"/>
          </w:tcPr>
          <w:p w14:paraId="6D4BFC23" w14:textId="77777777" w:rsidR="00540FC2" w:rsidRPr="003335DA" w:rsidRDefault="007477C1">
            <w:pPr>
              <w:rPr>
                <w:sz w:val="16"/>
                <w:szCs w:val="16"/>
              </w:rPr>
            </w:pPr>
            <w:r w:rsidRPr="003335DA">
              <w:rPr>
                <w:sz w:val="16"/>
                <w:szCs w:val="16"/>
              </w:rPr>
              <w:t>1</w:t>
            </w:r>
          </w:p>
        </w:tc>
        <w:tc>
          <w:tcPr>
            <w:tcW w:w="2045" w:type="dxa"/>
          </w:tcPr>
          <w:p w14:paraId="1714ADEC" w14:textId="77777777" w:rsidR="00540FC2" w:rsidRPr="003335DA" w:rsidRDefault="007477C1">
            <w:pPr>
              <w:rPr>
                <w:sz w:val="16"/>
                <w:szCs w:val="16"/>
              </w:rPr>
            </w:pPr>
            <w:r w:rsidRPr="003335DA">
              <w:rPr>
                <w:sz w:val="16"/>
                <w:szCs w:val="16"/>
              </w:rPr>
              <w:t>$ ______</w:t>
            </w:r>
          </w:p>
        </w:tc>
        <w:tc>
          <w:tcPr>
            <w:tcW w:w="2045" w:type="dxa"/>
          </w:tcPr>
          <w:p w14:paraId="0F60FD18" w14:textId="77777777" w:rsidR="00540FC2" w:rsidRPr="003335DA" w:rsidRDefault="007477C1">
            <w:pPr>
              <w:rPr>
                <w:sz w:val="16"/>
                <w:szCs w:val="16"/>
              </w:rPr>
            </w:pPr>
            <w:r w:rsidRPr="003335DA">
              <w:rPr>
                <w:sz w:val="16"/>
                <w:szCs w:val="16"/>
              </w:rPr>
              <w:t>$ ______</w:t>
            </w:r>
          </w:p>
        </w:tc>
      </w:tr>
      <w:tr w:rsidR="00540FC2" w:rsidRPr="003335DA" w14:paraId="29984689" w14:textId="77777777">
        <w:trPr>
          <w:jc w:val="center"/>
        </w:trPr>
        <w:tc>
          <w:tcPr>
            <w:tcW w:w="2045" w:type="dxa"/>
          </w:tcPr>
          <w:p w14:paraId="4F708BB8" w14:textId="77777777" w:rsidR="00540FC2" w:rsidRPr="003335DA" w:rsidRDefault="007477C1">
            <w:pPr>
              <w:rPr>
                <w:sz w:val="16"/>
                <w:szCs w:val="16"/>
              </w:rPr>
            </w:pPr>
            <w:r w:rsidRPr="003335DA">
              <w:rPr>
                <w:sz w:val="16"/>
                <w:szCs w:val="16"/>
              </w:rPr>
              <w:t>E</w:t>
            </w:r>
          </w:p>
        </w:tc>
        <w:tc>
          <w:tcPr>
            <w:tcW w:w="2045" w:type="dxa"/>
          </w:tcPr>
          <w:p w14:paraId="2BACF1C1" w14:textId="77777777" w:rsidR="00540FC2" w:rsidRPr="003335DA" w:rsidRDefault="007477C1">
            <w:pPr>
              <w:rPr>
                <w:sz w:val="16"/>
                <w:szCs w:val="16"/>
              </w:rPr>
            </w:pPr>
            <w:r w:rsidRPr="003335DA">
              <w:rPr>
                <w:sz w:val="16"/>
                <w:szCs w:val="16"/>
              </w:rPr>
              <w:t>Configuration, VMS enrollment, and commissioning</w:t>
            </w:r>
          </w:p>
        </w:tc>
        <w:tc>
          <w:tcPr>
            <w:tcW w:w="2045" w:type="dxa"/>
          </w:tcPr>
          <w:p w14:paraId="24C33FC6" w14:textId="77777777" w:rsidR="00540FC2" w:rsidRPr="003335DA" w:rsidRDefault="007477C1">
            <w:pPr>
              <w:rPr>
                <w:sz w:val="16"/>
                <w:szCs w:val="16"/>
              </w:rPr>
            </w:pPr>
            <w:r w:rsidRPr="003335DA">
              <w:rPr>
                <w:sz w:val="16"/>
                <w:szCs w:val="16"/>
              </w:rPr>
              <w:t>1</w:t>
            </w:r>
          </w:p>
        </w:tc>
        <w:tc>
          <w:tcPr>
            <w:tcW w:w="2045" w:type="dxa"/>
          </w:tcPr>
          <w:p w14:paraId="71724D6B" w14:textId="77777777" w:rsidR="00540FC2" w:rsidRPr="003335DA" w:rsidRDefault="007477C1">
            <w:pPr>
              <w:rPr>
                <w:sz w:val="16"/>
                <w:szCs w:val="16"/>
              </w:rPr>
            </w:pPr>
            <w:r w:rsidRPr="003335DA">
              <w:rPr>
                <w:sz w:val="16"/>
                <w:szCs w:val="16"/>
              </w:rPr>
              <w:t>$ ______</w:t>
            </w:r>
          </w:p>
        </w:tc>
        <w:tc>
          <w:tcPr>
            <w:tcW w:w="2045" w:type="dxa"/>
          </w:tcPr>
          <w:p w14:paraId="4910EE71" w14:textId="77777777" w:rsidR="00540FC2" w:rsidRPr="003335DA" w:rsidRDefault="007477C1">
            <w:pPr>
              <w:rPr>
                <w:sz w:val="16"/>
                <w:szCs w:val="16"/>
              </w:rPr>
            </w:pPr>
            <w:r w:rsidRPr="003335DA">
              <w:rPr>
                <w:sz w:val="16"/>
                <w:szCs w:val="16"/>
              </w:rPr>
              <w:t>$ ______</w:t>
            </w:r>
          </w:p>
        </w:tc>
      </w:tr>
      <w:tr w:rsidR="00540FC2" w:rsidRPr="003335DA" w14:paraId="5585DC23" w14:textId="77777777">
        <w:trPr>
          <w:jc w:val="center"/>
        </w:trPr>
        <w:tc>
          <w:tcPr>
            <w:tcW w:w="2045" w:type="dxa"/>
          </w:tcPr>
          <w:p w14:paraId="51D6B54F" w14:textId="77777777" w:rsidR="00540FC2" w:rsidRPr="003335DA" w:rsidRDefault="007477C1">
            <w:pPr>
              <w:rPr>
                <w:sz w:val="16"/>
                <w:szCs w:val="16"/>
              </w:rPr>
            </w:pPr>
            <w:r w:rsidRPr="003335DA">
              <w:rPr>
                <w:sz w:val="16"/>
                <w:szCs w:val="16"/>
              </w:rPr>
              <w:t>F</w:t>
            </w:r>
          </w:p>
        </w:tc>
        <w:tc>
          <w:tcPr>
            <w:tcW w:w="2045" w:type="dxa"/>
          </w:tcPr>
          <w:p w14:paraId="34F672BD" w14:textId="77777777" w:rsidR="00540FC2" w:rsidRPr="003335DA" w:rsidRDefault="007477C1">
            <w:pPr>
              <w:rPr>
                <w:sz w:val="16"/>
                <w:szCs w:val="16"/>
              </w:rPr>
            </w:pPr>
            <w:r w:rsidRPr="003335DA">
              <w:rPr>
                <w:sz w:val="16"/>
                <w:szCs w:val="16"/>
              </w:rPr>
              <w:t>Testing, documentation, and as-built inventory</w:t>
            </w:r>
          </w:p>
        </w:tc>
        <w:tc>
          <w:tcPr>
            <w:tcW w:w="2045" w:type="dxa"/>
          </w:tcPr>
          <w:p w14:paraId="6D9C8ABC" w14:textId="77777777" w:rsidR="00540FC2" w:rsidRPr="003335DA" w:rsidRDefault="007477C1">
            <w:pPr>
              <w:rPr>
                <w:sz w:val="16"/>
                <w:szCs w:val="16"/>
              </w:rPr>
            </w:pPr>
            <w:r w:rsidRPr="003335DA">
              <w:rPr>
                <w:sz w:val="16"/>
                <w:szCs w:val="16"/>
              </w:rPr>
              <w:t>1</w:t>
            </w:r>
          </w:p>
        </w:tc>
        <w:tc>
          <w:tcPr>
            <w:tcW w:w="2045" w:type="dxa"/>
          </w:tcPr>
          <w:p w14:paraId="2983327A" w14:textId="77777777" w:rsidR="00540FC2" w:rsidRPr="003335DA" w:rsidRDefault="007477C1">
            <w:pPr>
              <w:rPr>
                <w:sz w:val="16"/>
                <w:szCs w:val="16"/>
              </w:rPr>
            </w:pPr>
            <w:r w:rsidRPr="003335DA">
              <w:rPr>
                <w:sz w:val="16"/>
                <w:szCs w:val="16"/>
              </w:rPr>
              <w:t>$ ______</w:t>
            </w:r>
          </w:p>
        </w:tc>
        <w:tc>
          <w:tcPr>
            <w:tcW w:w="2045" w:type="dxa"/>
          </w:tcPr>
          <w:p w14:paraId="2934469E" w14:textId="77777777" w:rsidR="00540FC2" w:rsidRPr="003335DA" w:rsidRDefault="007477C1">
            <w:pPr>
              <w:rPr>
                <w:sz w:val="16"/>
                <w:szCs w:val="16"/>
              </w:rPr>
            </w:pPr>
            <w:r w:rsidRPr="003335DA">
              <w:rPr>
                <w:sz w:val="16"/>
                <w:szCs w:val="16"/>
              </w:rPr>
              <w:t>$ ______</w:t>
            </w:r>
          </w:p>
        </w:tc>
      </w:tr>
      <w:tr w:rsidR="00540FC2" w:rsidRPr="003335DA" w14:paraId="51B31775" w14:textId="77777777">
        <w:trPr>
          <w:jc w:val="center"/>
        </w:trPr>
        <w:tc>
          <w:tcPr>
            <w:tcW w:w="2045" w:type="dxa"/>
          </w:tcPr>
          <w:p w14:paraId="0B5B0229" w14:textId="77777777" w:rsidR="00540FC2" w:rsidRPr="003335DA" w:rsidRDefault="007477C1">
            <w:pPr>
              <w:rPr>
                <w:sz w:val="16"/>
                <w:szCs w:val="16"/>
              </w:rPr>
            </w:pPr>
            <w:r w:rsidRPr="003335DA">
              <w:rPr>
                <w:sz w:val="16"/>
                <w:szCs w:val="16"/>
              </w:rPr>
              <w:t>G</w:t>
            </w:r>
          </w:p>
        </w:tc>
        <w:tc>
          <w:tcPr>
            <w:tcW w:w="2045" w:type="dxa"/>
          </w:tcPr>
          <w:p w14:paraId="3D6E9166" w14:textId="77777777" w:rsidR="00540FC2" w:rsidRPr="003335DA" w:rsidRDefault="007477C1">
            <w:pPr>
              <w:rPr>
                <w:sz w:val="16"/>
                <w:szCs w:val="16"/>
              </w:rPr>
            </w:pPr>
            <w:r w:rsidRPr="003335DA">
              <w:rPr>
                <w:sz w:val="16"/>
                <w:szCs w:val="16"/>
              </w:rPr>
              <w:t>Removal / disposal of replaced equipment</w:t>
            </w:r>
          </w:p>
        </w:tc>
        <w:tc>
          <w:tcPr>
            <w:tcW w:w="2045" w:type="dxa"/>
          </w:tcPr>
          <w:p w14:paraId="55CCB9DD" w14:textId="77777777" w:rsidR="00540FC2" w:rsidRPr="003335DA" w:rsidRDefault="007477C1">
            <w:pPr>
              <w:rPr>
                <w:sz w:val="16"/>
                <w:szCs w:val="16"/>
              </w:rPr>
            </w:pPr>
            <w:r w:rsidRPr="003335DA">
              <w:rPr>
                <w:sz w:val="16"/>
                <w:szCs w:val="16"/>
              </w:rPr>
              <w:t>1</w:t>
            </w:r>
          </w:p>
        </w:tc>
        <w:tc>
          <w:tcPr>
            <w:tcW w:w="2045" w:type="dxa"/>
          </w:tcPr>
          <w:p w14:paraId="2A033BE3" w14:textId="77777777" w:rsidR="00540FC2" w:rsidRPr="003335DA" w:rsidRDefault="007477C1">
            <w:pPr>
              <w:rPr>
                <w:sz w:val="16"/>
                <w:szCs w:val="16"/>
              </w:rPr>
            </w:pPr>
            <w:r w:rsidRPr="003335DA">
              <w:rPr>
                <w:sz w:val="16"/>
                <w:szCs w:val="16"/>
              </w:rPr>
              <w:t>$ ______</w:t>
            </w:r>
          </w:p>
        </w:tc>
        <w:tc>
          <w:tcPr>
            <w:tcW w:w="2045" w:type="dxa"/>
          </w:tcPr>
          <w:p w14:paraId="591D3CD2" w14:textId="77777777" w:rsidR="00540FC2" w:rsidRPr="003335DA" w:rsidRDefault="007477C1">
            <w:pPr>
              <w:rPr>
                <w:sz w:val="16"/>
                <w:szCs w:val="16"/>
              </w:rPr>
            </w:pPr>
            <w:r w:rsidRPr="003335DA">
              <w:rPr>
                <w:sz w:val="16"/>
                <w:szCs w:val="16"/>
              </w:rPr>
              <w:t>$ ______</w:t>
            </w:r>
          </w:p>
        </w:tc>
      </w:tr>
      <w:tr w:rsidR="00540FC2" w:rsidRPr="003335DA" w14:paraId="5B2C7404" w14:textId="77777777">
        <w:trPr>
          <w:jc w:val="center"/>
        </w:trPr>
        <w:tc>
          <w:tcPr>
            <w:tcW w:w="2045" w:type="dxa"/>
          </w:tcPr>
          <w:p w14:paraId="5E97D52B" w14:textId="77777777" w:rsidR="00540FC2" w:rsidRPr="003335DA" w:rsidRDefault="007477C1">
            <w:pPr>
              <w:rPr>
                <w:sz w:val="16"/>
                <w:szCs w:val="16"/>
              </w:rPr>
            </w:pPr>
            <w:r w:rsidRPr="003335DA">
              <w:rPr>
                <w:sz w:val="16"/>
                <w:szCs w:val="16"/>
              </w:rPr>
              <w:t>H</w:t>
            </w:r>
          </w:p>
        </w:tc>
        <w:tc>
          <w:tcPr>
            <w:tcW w:w="2045" w:type="dxa"/>
          </w:tcPr>
          <w:p w14:paraId="01D9C185" w14:textId="77777777" w:rsidR="00540FC2" w:rsidRPr="003335DA" w:rsidRDefault="007477C1">
            <w:pPr>
              <w:rPr>
                <w:sz w:val="16"/>
                <w:szCs w:val="16"/>
              </w:rPr>
            </w:pPr>
            <w:r w:rsidRPr="003335DA">
              <w:rPr>
                <w:sz w:val="16"/>
                <w:szCs w:val="16"/>
              </w:rPr>
              <w:t>Lift / access equipment, if required</w:t>
            </w:r>
          </w:p>
        </w:tc>
        <w:tc>
          <w:tcPr>
            <w:tcW w:w="2045" w:type="dxa"/>
          </w:tcPr>
          <w:p w14:paraId="19E1B833" w14:textId="77777777" w:rsidR="00540FC2" w:rsidRPr="003335DA" w:rsidRDefault="007477C1">
            <w:pPr>
              <w:rPr>
                <w:sz w:val="16"/>
                <w:szCs w:val="16"/>
              </w:rPr>
            </w:pPr>
            <w:r w:rsidRPr="003335DA">
              <w:rPr>
                <w:sz w:val="16"/>
                <w:szCs w:val="16"/>
              </w:rPr>
              <w:t>1</w:t>
            </w:r>
          </w:p>
        </w:tc>
        <w:tc>
          <w:tcPr>
            <w:tcW w:w="2045" w:type="dxa"/>
          </w:tcPr>
          <w:p w14:paraId="03644ECE" w14:textId="77777777" w:rsidR="00540FC2" w:rsidRPr="003335DA" w:rsidRDefault="007477C1">
            <w:pPr>
              <w:rPr>
                <w:sz w:val="16"/>
                <w:szCs w:val="16"/>
              </w:rPr>
            </w:pPr>
            <w:r w:rsidRPr="003335DA">
              <w:rPr>
                <w:sz w:val="16"/>
                <w:szCs w:val="16"/>
              </w:rPr>
              <w:t>$ ______</w:t>
            </w:r>
          </w:p>
        </w:tc>
        <w:tc>
          <w:tcPr>
            <w:tcW w:w="2045" w:type="dxa"/>
          </w:tcPr>
          <w:p w14:paraId="3A2FE9E3" w14:textId="77777777" w:rsidR="00540FC2" w:rsidRPr="003335DA" w:rsidRDefault="007477C1">
            <w:pPr>
              <w:rPr>
                <w:sz w:val="16"/>
                <w:szCs w:val="16"/>
              </w:rPr>
            </w:pPr>
            <w:r w:rsidRPr="003335DA">
              <w:rPr>
                <w:sz w:val="16"/>
                <w:szCs w:val="16"/>
              </w:rPr>
              <w:t>$ ______</w:t>
            </w:r>
          </w:p>
        </w:tc>
      </w:tr>
    </w:tbl>
    <w:p w14:paraId="5D7A4246" w14:textId="77777777" w:rsidR="003335DA" w:rsidRDefault="003335DA">
      <w:pPr>
        <w:rPr>
          <w:b/>
          <w:sz w:val="16"/>
          <w:szCs w:val="16"/>
        </w:rPr>
      </w:pPr>
    </w:p>
    <w:p w14:paraId="6780B10D" w14:textId="77777777" w:rsidR="003335DA" w:rsidRDefault="003335DA">
      <w:pPr>
        <w:rPr>
          <w:b/>
          <w:sz w:val="16"/>
          <w:szCs w:val="16"/>
        </w:rPr>
      </w:pPr>
    </w:p>
    <w:p w14:paraId="7A59BA43" w14:textId="77777777" w:rsidR="003335DA" w:rsidRDefault="003335DA">
      <w:pPr>
        <w:rPr>
          <w:b/>
          <w:sz w:val="16"/>
          <w:szCs w:val="16"/>
        </w:rPr>
      </w:pPr>
    </w:p>
    <w:p w14:paraId="71AA7EDC" w14:textId="77777777" w:rsidR="003335DA" w:rsidRDefault="003335DA">
      <w:pPr>
        <w:rPr>
          <w:b/>
          <w:sz w:val="16"/>
          <w:szCs w:val="16"/>
        </w:rPr>
      </w:pPr>
    </w:p>
    <w:p w14:paraId="6C275293" w14:textId="77777777" w:rsidR="003335DA" w:rsidRDefault="003335DA">
      <w:pPr>
        <w:rPr>
          <w:b/>
          <w:sz w:val="16"/>
          <w:szCs w:val="16"/>
        </w:rPr>
      </w:pPr>
    </w:p>
    <w:p w14:paraId="49DB1E6F" w14:textId="77777777" w:rsidR="003335DA" w:rsidRDefault="003335DA">
      <w:pPr>
        <w:rPr>
          <w:b/>
          <w:sz w:val="16"/>
          <w:szCs w:val="16"/>
        </w:rPr>
      </w:pPr>
    </w:p>
    <w:p w14:paraId="01EA09BA" w14:textId="3C6A84ED" w:rsidR="00540FC2" w:rsidRPr="003335DA" w:rsidRDefault="007477C1">
      <w:pPr>
        <w:rPr>
          <w:sz w:val="16"/>
          <w:szCs w:val="16"/>
        </w:rPr>
      </w:pPr>
      <w:r w:rsidRPr="003335DA">
        <w:rPr>
          <w:b/>
          <w:sz w:val="16"/>
          <w:szCs w:val="16"/>
        </w:rPr>
        <w:lastRenderedPageBreak/>
        <w:t>C. Optional / Allowance Items</w:t>
      </w:r>
    </w:p>
    <w:tbl>
      <w:tblPr>
        <w:tblStyle w:val="TableGrid"/>
        <w:tblW w:w="0" w:type="auto"/>
        <w:jc w:val="center"/>
        <w:tblLook w:val="04A0" w:firstRow="1" w:lastRow="0" w:firstColumn="1" w:lastColumn="0" w:noHBand="0" w:noVBand="1"/>
      </w:tblPr>
      <w:tblGrid>
        <w:gridCol w:w="1961"/>
        <w:gridCol w:w="4301"/>
        <w:gridCol w:w="987"/>
        <w:gridCol w:w="1486"/>
        <w:gridCol w:w="1479"/>
      </w:tblGrid>
      <w:tr w:rsidR="00540FC2" w:rsidRPr="003335DA" w14:paraId="4A8314BF" w14:textId="77777777" w:rsidTr="00417D07">
        <w:trPr>
          <w:tblHeader/>
          <w:jc w:val="center"/>
        </w:trPr>
        <w:tc>
          <w:tcPr>
            <w:tcW w:w="2006" w:type="dxa"/>
          </w:tcPr>
          <w:p w14:paraId="0A83D0C8" w14:textId="77777777" w:rsidR="00540FC2" w:rsidRPr="003335DA" w:rsidRDefault="007477C1">
            <w:pPr>
              <w:rPr>
                <w:sz w:val="16"/>
                <w:szCs w:val="16"/>
              </w:rPr>
            </w:pPr>
            <w:r w:rsidRPr="003335DA">
              <w:rPr>
                <w:sz w:val="16"/>
                <w:szCs w:val="16"/>
              </w:rPr>
              <w:t>Item</w:t>
            </w:r>
          </w:p>
        </w:tc>
        <w:tc>
          <w:tcPr>
            <w:tcW w:w="4402" w:type="dxa"/>
          </w:tcPr>
          <w:p w14:paraId="7DED4293" w14:textId="77777777" w:rsidR="00540FC2" w:rsidRPr="003335DA" w:rsidRDefault="007477C1">
            <w:pPr>
              <w:rPr>
                <w:sz w:val="16"/>
                <w:szCs w:val="16"/>
              </w:rPr>
            </w:pPr>
            <w:r w:rsidRPr="003335DA">
              <w:rPr>
                <w:sz w:val="16"/>
                <w:szCs w:val="16"/>
              </w:rPr>
              <w:t>Description</w:t>
            </w:r>
          </w:p>
        </w:tc>
        <w:tc>
          <w:tcPr>
            <w:tcW w:w="990" w:type="dxa"/>
          </w:tcPr>
          <w:p w14:paraId="122001E6" w14:textId="77777777" w:rsidR="00540FC2" w:rsidRPr="003335DA" w:rsidRDefault="007477C1">
            <w:pPr>
              <w:rPr>
                <w:sz w:val="16"/>
                <w:szCs w:val="16"/>
              </w:rPr>
            </w:pPr>
            <w:r w:rsidRPr="003335DA">
              <w:rPr>
                <w:sz w:val="16"/>
                <w:szCs w:val="16"/>
              </w:rPr>
              <w:t>Allowance Qty</w:t>
            </w:r>
          </w:p>
        </w:tc>
        <w:tc>
          <w:tcPr>
            <w:tcW w:w="1530" w:type="dxa"/>
          </w:tcPr>
          <w:p w14:paraId="70F58C86" w14:textId="77777777" w:rsidR="00540FC2" w:rsidRPr="003335DA" w:rsidRDefault="007477C1">
            <w:pPr>
              <w:rPr>
                <w:sz w:val="16"/>
                <w:szCs w:val="16"/>
              </w:rPr>
            </w:pPr>
            <w:r w:rsidRPr="003335DA">
              <w:rPr>
                <w:sz w:val="16"/>
                <w:szCs w:val="16"/>
              </w:rPr>
              <w:t>Unit Price</w:t>
            </w:r>
          </w:p>
        </w:tc>
        <w:tc>
          <w:tcPr>
            <w:tcW w:w="1512" w:type="dxa"/>
          </w:tcPr>
          <w:p w14:paraId="171CE4D2" w14:textId="77777777" w:rsidR="00540FC2" w:rsidRPr="003335DA" w:rsidRDefault="007477C1">
            <w:pPr>
              <w:rPr>
                <w:sz w:val="16"/>
                <w:szCs w:val="16"/>
              </w:rPr>
            </w:pPr>
            <w:r w:rsidRPr="003335DA">
              <w:rPr>
                <w:sz w:val="16"/>
                <w:szCs w:val="16"/>
              </w:rPr>
              <w:t>Extended Price</w:t>
            </w:r>
          </w:p>
        </w:tc>
      </w:tr>
      <w:tr w:rsidR="00540FC2" w:rsidRPr="003335DA" w14:paraId="11F36DA3" w14:textId="77777777" w:rsidTr="00417D07">
        <w:trPr>
          <w:jc w:val="center"/>
        </w:trPr>
        <w:tc>
          <w:tcPr>
            <w:tcW w:w="2006" w:type="dxa"/>
          </w:tcPr>
          <w:p w14:paraId="21BFAFAA" w14:textId="77777777" w:rsidR="00540FC2" w:rsidRPr="003335DA" w:rsidRDefault="00540FC2">
            <w:pPr>
              <w:rPr>
                <w:sz w:val="16"/>
                <w:szCs w:val="16"/>
              </w:rPr>
            </w:pPr>
          </w:p>
        </w:tc>
        <w:tc>
          <w:tcPr>
            <w:tcW w:w="4402" w:type="dxa"/>
          </w:tcPr>
          <w:p w14:paraId="51C2E326" w14:textId="77777777" w:rsidR="00540FC2" w:rsidRPr="003335DA" w:rsidRDefault="007477C1">
            <w:pPr>
              <w:rPr>
                <w:sz w:val="16"/>
                <w:szCs w:val="16"/>
              </w:rPr>
            </w:pPr>
            <w:r w:rsidRPr="003335DA">
              <w:rPr>
                <w:sz w:val="16"/>
                <w:szCs w:val="16"/>
              </w:rPr>
              <w:t>Replacement of existing camera cabling where required</w:t>
            </w:r>
          </w:p>
        </w:tc>
        <w:tc>
          <w:tcPr>
            <w:tcW w:w="990" w:type="dxa"/>
          </w:tcPr>
          <w:p w14:paraId="3C911334" w14:textId="77777777" w:rsidR="00540FC2" w:rsidRPr="003335DA" w:rsidRDefault="007477C1">
            <w:pPr>
              <w:rPr>
                <w:sz w:val="16"/>
                <w:szCs w:val="16"/>
              </w:rPr>
            </w:pPr>
            <w:r w:rsidRPr="003335DA">
              <w:rPr>
                <w:sz w:val="16"/>
                <w:szCs w:val="16"/>
              </w:rPr>
              <w:t>TBD</w:t>
            </w:r>
          </w:p>
        </w:tc>
        <w:tc>
          <w:tcPr>
            <w:tcW w:w="1530" w:type="dxa"/>
          </w:tcPr>
          <w:p w14:paraId="249A8909" w14:textId="77777777" w:rsidR="00540FC2" w:rsidRPr="003335DA" w:rsidRDefault="007477C1">
            <w:pPr>
              <w:rPr>
                <w:sz w:val="16"/>
                <w:szCs w:val="16"/>
              </w:rPr>
            </w:pPr>
            <w:r w:rsidRPr="003335DA">
              <w:rPr>
                <w:sz w:val="16"/>
                <w:szCs w:val="16"/>
              </w:rPr>
              <w:t>$ ______</w:t>
            </w:r>
          </w:p>
        </w:tc>
        <w:tc>
          <w:tcPr>
            <w:tcW w:w="1512" w:type="dxa"/>
          </w:tcPr>
          <w:p w14:paraId="5787DB43" w14:textId="77777777" w:rsidR="00540FC2" w:rsidRPr="003335DA" w:rsidRDefault="007477C1">
            <w:pPr>
              <w:rPr>
                <w:sz w:val="16"/>
                <w:szCs w:val="16"/>
              </w:rPr>
            </w:pPr>
            <w:r w:rsidRPr="003335DA">
              <w:rPr>
                <w:sz w:val="16"/>
                <w:szCs w:val="16"/>
              </w:rPr>
              <w:t>$ ______</w:t>
            </w:r>
          </w:p>
        </w:tc>
      </w:tr>
      <w:tr w:rsidR="00540FC2" w:rsidRPr="003335DA" w14:paraId="25151C4F" w14:textId="77777777" w:rsidTr="00417D07">
        <w:trPr>
          <w:jc w:val="center"/>
        </w:trPr>
        <w:tc>
          <w:tcPr>
            <w:tcW w:w="2006" w:type="dxa"/>
          </w:tcPr>
          <w:p w14:paraId="42C1C6F4" w14:textId="77777777" w:rsidR="00540FC2" w:rsidRPr="003335DA" w:rsidRDefault="00540FC2">
            <w:pPr>
              <w:rPr>
                <w:sz w:val="16"/>
                <w:szCs w:val="16"/>
              </w:rPr>
            </w:pPr>
          </w:p>
        </w:tc>
        <w:tc>
          <w:tcPr>
            <w:tcW w:w="4402" w:type="dxa"/>
          </w:tcPr>
          <w:p w14:paraId="1EFA5616" w14:textId="77777777" w:rsidR="00540FC2" w:rsidRPr="003335DA" w:rsidRDefault="007477C1">
            <w:pPr>
              <w:rPr>
                <w:sz w:val="16"/>
                <w:szCs w:val="16"/>
              </w:rPr>
            </w:pPr>
            <w:r w:rsidRPr="003335DA">
              <w:rPr>
                <w:sz w:val="16"/>
                <w:szCs w:val="16"/>
              </w:rPr>
              <w:t>New network/PoE equipment, if required</w:t>
            </w:r>
          </w:p>
        </w:tc>
        <w:tc>
          <w:tcPr>
            <w:tcW w:w="990" w:type="dxa"/>
          </w:tcPr>
          <w:p w14:paraId="04C53C7F" w14:textId="77777777" w:rsidR="00540FC2" w:rsidRPr="003335DA" w:rsidRDefault="007477C1">
            <w:pPr>
              <w:rPr>
                <w:sz w:val="16"/>
                <w:szCs w:val="16"/>
              </w:rPr>
            </w:pPr>
            <w:r w:rsidRPr="003335DA">
              <w:rPr>
                <w:sz w:val="16"/>
                <w:szCs w:val="16"/>
              </w:rPr>
              <w:t>TBD</w:t>
            </w:r>
          </w:p>
        </w:tc>
        <w:tc>
          <w:tcPr>
            <w:tcW w:w="1530" w:type="dxa"/>
          </w:tcPr>
          <w:p w14:paraId="1DAE97F3" w14:textId="77777777" w:rsidR="00540FC2" w:rsidRPr="003335DA" w:rsidRDefault="007477C1">
            <w:pPr>
              <w:rPr>
                <w:sz w:val="16"/>
                <w:szCs w:val="16"/>
              </w:rPr>
            </w:pPr>
            <w:r w:rsidRPr="003335DA">
              <w:rPr>
                <w:sz w:val="16"/>
                <w:szCs w:val="16"/>
              </w:rPr>
              <w:t>$ ______</w:t>
            </w:r>
          </w:p>
        </w:tc>
        <w:tc>
          <w:tcPr>
            <w:tcW w:w="1512" w:type="dxa"/>
          </w:tcPr>
          <w:p w14:paraId="4E080783" w14:textId="77777777" w:rsidR="00540FC2" w:rsidRPr="003335DA" w:rsidRDefault="007477C1">
            <w:pPr>
              <w:rPr>
                <w:sz w:val="16"/>
                <w:szCs w:val="16"/>
              </w:rPr>
            </w:pPr>
            <w:r w:rsidRPr="003335DA">
              <w:rPr>
                <w:sz w:val="16"/>
                <w:szCs w:val="16"/>
              </w:rPr>
              <w:t>$ ______</w:t>
            </w:r>
          </w:p>
        </w:tc>
      </w:tr>
      <w:tr w:rsidR="00540FC2" w:rsidRPr="003335DA" w14:paraId="42EB3617" w14:textId="77777777" w:rsidTr="00417D07">
        <w:trPr>
          <w:jc w:val="center"/>
        </w:trPr>
        <w:tc>
          <w:tcPr>
            <w:tcW w:w="2006" w:type="dxa"/>
          </w:tcPr>
          <w:p w14:paraId="35EBD5DF" w14:textId="77777777" w:rsidR="00540FC2" w:rsidRPr="003335DA" w:rsidRDefault="00540FC2">
            <w:pPr>
              <w:rPr>
                <w:sz w:val="16"/>
                <w:szCs w:val="16"/>
              </w:rPr>
            </w:pPr>
          </w:p>
        </w:tc>
        <w:tc>
          <w:tcPr>
            <w:tcW w:w="4402" w:type="dxa"/>
          </w:tcPr>
          <w:p w14:paraId="33789751" w14:textId="77777777" w:rsidR="00540FC2" w:rsidRPr="003335DA" w:rsidRDefault="007477C1">
            <w:pPr>
              <w:rPr>
                <w:sz w:val="16"/>
                <w:szCs w:val="16"/>
              </w:rPr>
            </w:pPr>
            <w:r w:rsidRPr="003335DA">
              <w:rPr>
                <w:sz w:val="16"/>
                <w:szCs w:val="16"/>
              </w:rPr>
              <w:t>New mounting hardware/adapters beyond standard installation</w:t>
            </w:r>
          </w:p>
        </w:tc>
        <w:tc>
          <w:tcPr>
            <w:tcW w:w="990" w:type="dxa"/>
          </w:tcPr>
          <w:p w14:paraId="3451C6F5" w14:textId="77777777" w:rsidR="00540FC2" w:rsidRPr="003335DA" w:rsidRDefault="007477C1">
            <w:pPr>
              <w:rPr>
                <w:sz w:val="16"/>
                <w:szCs w:val="16"/>
              </w:rPr>
            </w:pPr>
            <w:r w:rsidRPr="003335DA">
              <w:rPr>
                <w:sz w:val="16"/>
                <w:szCs w:val="16"/>
              </w:rPr>
              <w:t>TBD</w:t>
            </w:r>
          </w:p>
        </w:tc>
        <w:tc>
          <w:tcPr>
            <w:tcW w:w="1530" w:type="dxa"/>
          </w:tcPr>
          <w:p w14:paraId="404A7840" w14:textId="77777777" w:rsidR="00540FC2" w:rsidRPr="003335DA" w:rsidRDefault="007477C1">
            <w:pPr>
              <w:rPr>
                <w:sz w:val="16"/>
                <w:szCs w:val="16"/>
              </w:rPr>
            </w:pPr>
            <w:r w:rsidRPr="003335DA">
              <w:rPr>
                <w:sz w:val="16"/>
                <w:szCs w:val="16"/>
              </w:rPr>
              <w:t>$ ______</w:t>
            </w:r>
          </w:p>
        </w:tc>
        <w:tc>
          <w:tcPr>
            <w:tcW w:w="1512" w:type="dxa"/>
          </w:tcPr>
          <w:p w14:paraId="03F40186" w14:textId="77777777" w:rsidR="00540FC2" w:rsidRPr="003335DA" w:rsidRDefault="007477C1">
            <w:pPr>
              <w:rPr>
                <w:sz w:val="16"/>
                <w:szCs w:val="16"/>
              </w:rPr>
            </w:pPr>
            <w:r w:rsidRPr="003335DA">
              <w:rPr>
                <w:sz w:val="16"/>
                <w:szCs w:val="16"/>
              </w:rPr>
              <w:t>$ ______</w:t>
            </w:r>
          </w:p>
        </w:tc>
      </w:tr>
      <w:tr w:rsidR="00540FC2" w:rsidRPr="003335DA" w14:paraId="1913CC10" w14:textId="77777777" w:rsidTr="00417D07">
        <w:trPr>
          <w:jc w:val="center"/>
        </w:trPr>
        <w:tc>
          <w:tcPr>
            <w:tcW w:w="2006" w:type="dxa"/>
          </w:tcPr>
          <w:p w14:paraId="5486E3F9" w14:textId="77777777" w:rsidR="00540FC2" w:rsidRPr="003335DA" w:rsidRDefault="00540FC2">
            <w:pPr>
              <w:rPr>
                <w:sz w:val="16"/>
                <w:szCs w:val="16"/>
              </w:rPr>
            </w:pPr>
          </w:p>
        </w:tc>
        <w:tc>
          <w:tcPr>
            <w:tcW w:w="4402" w:type="dxa"/>
          </w:tcPr>
          <w:p w14:paraId="55E4BC92" w14:textId="77777777" w:rsidR="00540FC2" w:rsidRPr="003335DA" w:rsidRDefault="007477C1">
            <w:pPr>
              <w:rPr>
                <w:sz w:val="16"/>
                <w:szCs w:val="16"/>
              </w:rPr>
            </w:pPr>
            <w:r w:rsidRPr="003335DA">
              <w:rPr>
                <w:sz w:val="16"/>
                <w:szCs w:val="16"/>
              </w:rPr>
              <w:t>Core drilling / pathway work</w:t>
            </w:r>
          </w:p>
        </w:tc>
        <w:tc>
          <w:tcPr>
            <w:tcW w:w="990" w:type="dxa"/>
          </w:tcPr>
          <w:p w14:paraId="43230335" w14:textId="77777777" w:rsidR="00540FC2" w:rsidRPr="003335DA" w:rsidRDefault="007477C1">
            <w:pPr>
              <w:rPr>
                <w:sz w:val="16"/>
                <w:szCs w:val="16"/>
              </w:rPr>
            </w:pPr>
            <w:r w:rsidRPr="003335DA">
              <w:rPr>
                <w:sz w:val="16"/>
                <w:szCs w:val="16"/>
              </w:rPr>
              <w:t>TBD</w:t>
            </w:r>
          </w:p>
        </w:tc>
        <w:tc>
          <w:tcPr>
            <w:tcW w:w="1530" w:type="dxa"/>
          </w:tcPr>
          <w:p w14:paraId="313EDDC0" w14:textId="77777777" w:rsidR="00540FC2" w:rsidRPr="003335DA" w:rsidRDefault="007477C1">
            <w:pPr>
              <w:rPr>
                <w:sz w:val="16"/>
                <w:szCs w:val="16"/>
              </w:rPr>
            </w:pPr>
            <w:r w:rsidRPr="003335DA">
              <w:rPr>
                <w:sz w:val="16"/>
                <w:szCs w:val="16"/>
              </w:rPr>
              <w:t>$ ______</w:t>
            </w:r>
          </w:p>
        </w:tc>
        <w:tc>
          <w:tcPr>
            <w:tcW w:w="1512" w:type="dxa"/>
          </w:tcPr>
          <w:p w14:paraId="53CDCBE4" w14:textId="77777777" w:rsidR="00540FC2" w:rsidRPr="003335DA" w:rsidRDefault="007477C1">
            <w:pPr>
              <w:rPr>
                <w:sz w:val="16"/>
                <w:szCs w:val="16"/>
              </w:rPr>
            </w:pPr>
            <w:r w:rsidRPr="003335DA">
              <w:rPr>
                <w:sz w:val="16"/>
                <w:szCs w:val="16"/>
              </w:rPr>
              <w:t>$ ______</w:t>
            </w:r>
          </w:p>
        </w:tc>
      </w:tr>
      <w:tr w:rsidR="00540FC2" w:rsidRPr="003335DA" w14:paraId="72AA051D" w14:textId="77777777" w:rsidTr="00417D07">
        <w:trPr>
          <w:jc w:val="center"/>
        </w:trPr>
        <w:tc>
          <w:tcPr>
            <w:tcW w:w="2006" w:type="dxa"/>
          </w:tcPr>
          <w:p w14:paraId="27883A4F" w14:textId="77777777" w:rsidR="00540FC2" w:rsidRPr="003335DA" w:rsidRDefault="00540FC2">
            <w:pPr>
              <w:rPr>
                <w:sz w:val="16"/>
                <w:szCs w:val="16"/>
              </w:rPr>
            </w:pPr>
          </w:p>
        </w:tc>
        <w:tc>
          <w:tcPr>
            <w:tcW w:w="4402" w:type="dxa"/>
          </w:tcPr>
          <w:p w14:paraId="3031C0E4" w14:textId="77777777" w:rsidR="00540FC2" w:rsidRPr="003335DA" w:rsidRDefault="007477C1">
            <w:pPr>
              <w:rPr>
                <w:sz w:val="16"/>
                <w:szCs w:val="16"/>
              </w:rPr>
            </w:pPr>
            <w:r w:rsidRPr="003335DA">
              <w:rPr>
                <w:sz w:val="16"/>
                <w:szCs w:val="16"/>
              </w:rPr>
              <w:t>Additional lift or specialty access</w:t>
            </w:r>
          </w:p>
        </w:tc>
        <w:tc>
          <w:tcPr>
            <w:tcW w:w="990" w:type="dxa"/>
          </w:tcPr>
          <w:p w14:paraId="7FC1BCA5" w14:textId="77777777" w:rsidR="00540FC2" w:rsidRPr="003335DA" w:rsidRDefault="007477C1">
            <w:pPr>
              <w:rPr>
                <w:sz w:val="16"/>
                <w:szCs w:val="16"/>
              </w:rPr>
            </w:pPr>
            <w:r w:rsidRPr="003335DA">
              <w:rPr>
                <w:sz w:val="16"/>
                <w:szCs w:val="16"/>
              </w:rPr>
              <w:t>TBD</w:t>
            </w:r>
          </w:p>
        </w:tc>
        <w:tc>
          <w:tcPr>
            <w:tcW w:w="1530" w:type="dxa"/>
          </w:tcPr>
          <w:p w14:paraId="466F13A1" w14:textId="77777777" w:rsidR="00540FC2" w:rsidRPr="003335DA" w:rsidRDefault="007477C1">
            <w:pPr>
              <w:rPr>
                <w:sz w:val="16"/>
                <w:szCs w:val="16"/>
              </w:rPr>
            </w:pPr>
            <w:r w:rsidRPr="003335DA">
              <w:rPr>
                <w:sz w:val="16"/>
                <w:szCs w:val="16"/>
              </w:rPr>
              <w:t>$ ______</w:t>
            </w:r>
          </w:p>
        </w:tc>
        <w:tc>
          <w:tcPr>
            <w:tcW w:w="1512" w:type="dxa"/>
          </w:tcPr>
          <w:p w14:paraId="2E50F3E9" w14:textId="77777777" w:rsidR="00540FC2" w:rsidRPr="003335DA" w:rsidRDefault="007477C1">
            <w:pPr>
              <w:rPr>
                <w:sz w:val="16"/>
                <w:szCs w:val="16"/>
              </w:rPr>
            </w:pPr>
            <w:r w:rsidRPr="003335DA">
              <w:rPr>
                <w:sz w:val="16"/>
                <w:szCs w:val="16"/>
              </w:rPr>
              <w:t>$ ______</w:t>
            </w:r>
          </w:p>
        </w:tc>
      </w:tr>
      <w:tr w:rsidR="00540FC2" w:rsidRPr="003335DA" w14:paraId="7B3841CB" w14:textId="77777777" w:rsidTr="00417D07">
        <w:trPr>
          <w:jc w:val="center"/>
        </w:trPr>
        <w:tc>
          <w:tcPr>
            <w:tcW w:w="2006" w:type="dxa"/>
          </w:tcPr>
          <w:p w14:paraId="7F9310B5" w14:textId="77777777" w:rsidR="00540FC2" w:rsidRPr="003335DA" w:rsidRDefault="00540FC2">
            <w:pPr>
              <w:rPr>
                <w:sz w:val="16"/>
                <w:szCs w:val="16"/>
              </w:rPr>
            </w:pPr>
          </w:p>
        </w:tc>
        <w:tc>
          <w:tcPr>
            <w:tcW w:w="4402" w:type="dxa"/>
          </w:tcPr>
          <w:p w14:paraId="47F4F49A" w14:textId="77777777" w:rsidR="00540FC2" w:rsidRPr="003335DA" w:rsidRDefault="007477C1">
            <w:pPr>
              <w:rPr>
                <w:sz w:val="16"/>
                <w:szCs w:val="16"/>
              </w:rPr>
            </w:pPr>
            <w:r w:rsidRPr="003335DA">
              <w:rPr>
                <w:sz w:val="16"/>
                <w:szCs w:val="16"/>
              </w:rPr>
              <w:t>Other: ______________________________</w:t>
            </w:r>
          </w:p>
        </w:tc>
        <w:tc>
          <w:tcPr>
            <w:tcW w:w="990" w:type="dxa"/>
          </w:tcPr>
          <w:p w14:paraId="1B5893BC" w14:textId="77777777" w:rsidR="00540FC2" w:rsidRPr="003335DA" w:rsidRDefault="007477C1">
            <w:pPr>
              <w:rPr>
                <w:sz w:val="16"/>
                <w:szCs w:val="16"/>
              </w:rPr>
            </w:pPr>
            <w:r w:rsidRPr="003335DA">
              <w:rPr>
                <w:sz w:val="16"/>
                <w:szCs w:val="16"/>
              </w:rPr>
              <w:t>TBD</w:t>
            </w:r>
          </w:p>
        </w:tc>
        <w:tc>
          <w:tcPr>
            <w:tcW w:w="1530" w:type="dxa"/>
          </w:tcPr>
          <w:p w14:paraId="30285A55" w14:textId="77777777" w:rsidR="00540FC2" w:rsidRPr="003335DA" w:rsidRDefault="007477C1">
            <w:pPr>
              <w:rPr>
                <w:sz w:val="16"/>
                <w:szCs w:val="16"/>
              </w:rPr>
            </w:pPr>
            <w:r w:rsidRPr="003335DA">
              <w:rPr>
                <w:sz w:val="16"/>
                <w:szCs w:val="16"/>
              </w:rPr>
              <w:t>$ ______</w:t>
            </w:r>
          </w:p>
        </w:tc>
        <w:tc>
          <w:tcPr>
            <w:tcW w:w="1512" w:type="dxa"/>
          </w:tcPr>
          <w:p w14:paraId="171E29DA" w14:textId="77777777" w:rsidR="00540FC2" w:rsidRPr="003335DA" w:rsidRDefault="007477C1">
            <w:pPr>
              <w:rPr>
                <w:sz w:val="16"/>
                <w:szCs w:val="16"/>
              </w:rPr>
            </w:pPr>
            <w:r w:rsidRPr="003335DA">
              <w:rPr>
                <w:sz w:val="16"/>
                <w:szCs w:val="16"/>
              </w:rPr>
              <w:t>$ ______</w:t>
            </w:r>
          </w:p>
        </w:tc>
      </w:tr>
      <w:tr w:rsidR="00417D07" w:rsidRPr="003335DA" w14:paraId="5CFAC25E" w14:textId="77777777" w:rsidTr="00417D07">
        <w:trPr>
          <w:jc w:val="center"/>
        </w:trPr>
        <w:tc>
          <w:tcPr>
            <w:tcW w:w="2006" w:type="dxa"/>
          </w:tcPr>
          <w:p w14:paraId="4071A0D6" w14:textId="07140E7F" w:rsidR="00417D07" w:rsidRPr="003335DA" w:rsidRDefault="00417D07" w:rsidP="00417D07">
            <w:pPr>
              <w:rPr>
                <w:sz w:val="16"/>
                <w:szCs w:val="16"/>
              </w:rPr>
            </w:pPr>
            <w:r w:rsidRPr="003335DA">
              <w:rPr>
                <w:sz w:val="16"/>
                <w:szCs w:val="16"/>
              </w:rPr>
              <w:t>CSP – Total Care Option</w:t>
            </w:r>
          </w:p>
        </w:tc>
        <w:tc>
          <w:tcPr>
            <w:tcW w:w="4402" w:type="dxa"/>
          </w:tcPr>
          <w:p w14:paraId="6233F9F9" w14:textId="6D1F7E55" w:rsidR="00417D07" w:rsidRPr="003335DA" w:rsidRDefault="00417D07" w:rsidP="00417D07">
            <w:pPr>
              <w:rPr>
                <w:sz w:val="16"/>
                <w:szCs w:val="16"/>
              </w:rPr>
            </w:pPr>
            <w:r w:rsidRPr="003335DA">
              <w:rPr>
                <w:sz w:val="16"/>
                <w:szCs w:val="16"/>
              </w:rPr>
              <w:t>Provide pricing for a one (1) year comprehensive service agreement, with annual renewal pricing separately identified for Years 2 through 5. Total Care pricing shall include all covered corrective maintenance/break-fix services, troubleshooting, repair support, and semi-annual preventive maintenance and camera cleaning. Vendor shall clearly identify any exclusions, service limitations, response-time commitments, or additional charges not included in the proposed annual price.</w:t>
            </w:r>
            <w:r w:rsidR="00863739" w:rsidRPr="003335DA">
              <w:rPr>
                <w:sz w:val="16"/>
                <w:szCs w:val="16"/>
              </w:rPr>
              <w:t xml:space="preserve"> Vendor to handle all manufactures Warranty/RMAs.</w:t>
            </w:r>
          </w:p>
        </w:tc>
        <w:tc>
          <w:tcPr>
            <w:tcW w:w="990" w:type="dxa"/>
          </w:tcPr>
          <w:p w14:paraId="7F09A330" w14:textId="73FAF8BA" w:rsidR="00417D07" w:rsidRPr="003335DA" w:rsidRDefault="00417D07" w:rsidP="00417D07">
            <w:pPr>
              <w:rPr>
                <w:sz w:val="16"/>
                <w:szCs w:val="16"/>
              </w:rPr>
            </w:pPr>
            <w:r w:rsidRPr="003335DA">
              <w:rPr>
                <w:sz w:val="16"/>
                <w:szCs w:val="16"/>
              </w:rPr>
              <w:t>TBD</w:t>
            </w:r>
          </w:p>
        </w:tc>
        <w:tc>
          <w:tcPr>
            <w:tcW w:w="1530" w:type="dxa"/>
          </w:tcPr>
          <w:p w14:paraId="2FC6718F" w14:textId="5F4F9CD3" w:rsidR="00417D07" w:rsidRPr="003335DA" w:rsidRDefault="00417D07" w:rsidP="00417D07">
            <w:pPr>
              <w:rPr>
                <w:sz w:val="16"/>
                <w:szCs w:val="16"/>
              </w:rPr>
            </w:pPr>
            <w:r w:rsidRPr="003335DA">
              <w:rPr>
                <w:sz w:val="16"/>
                <w:szCs w:val="16"/>
              </w:rPr>
              <w:t>$ ______</w:t>
            </w:r>
          </w:p>
        </w:tc>
        <w:tc>
          <w:tcPr>
            <w:tcW w:w="1512" w:type="dxa"/>
          </w:tcPr>
          <w:p w14:paraId="6AFF3E02" w14:textId="0C402219" w:rsidR="00417D07" w:rsidRPr="003335DA" w:rsidRDefault="00417D07" w:rsidP="00417D07">
            <w:pPr>
              <w:rPr>
                <w:sz w:val="16"/>
                <w:szCs w:val="16"/>
              </w:rPr>
            </w:pPr>
            <w:r w:rsidRPr="003335DA">
              <w:rPr>
                <w:sz w:val="16"/>
                <w:szCs w:val="16"/>
              </w:rPr>
              <w:t>$ ______</w:t>
            </w:r>
          </w:p>
        </w:tc>
      </w:tr>
      <w:tr w:rsidR="00417D07" w:rsidRPr="003335DA" w14:paraId="3413A95F" w14:textId="77777777" w:rsidTr="00417D07">
        <w:trPr>
          <w:jc w:val="center"/>
        </w:trPr>
        <w:tc>
          <w:tcPr>
            <w:tcW w:w="2006" w:type="dxa"/>
          </w:tcPr>
          <w:p w14:paraId="422C14E5" w14:textId="7D596A04" w:rsidR="00417D07" w:rsidRPr="003335DA" w:rsidRDefault="00417D07" w:rsidP="00417D07">
            <w:pPr>
              <w:rPr>
                <w:sz w:val="16"/>
                <w:szCs w:val="16"/>
              </w:rPr>
            </w:pPr>
            <w:r w:rsidRPr="003335DA">
              <w:rPr>
                <w:sz w:val="16"/>
                <w:szCs w:val="16"/>
              </w:rPr>
              <w:t>CSP – Break/Fix with Preventive Maintenance Option</w:t>
            </w:r>
          </w:p>
        </w:tc>
        <w:tc>
          <w:tcPr>
            <w:tcW w:w="4402" w:type="dxa"/>
          </w:tcPr>
          <w:p w14:paraId="302A5F39" w14:textId="38144F66" w:rsidR="00417D07" w:rsidRPr="003335DA" w:rsidRDefault="00417D07" w:rsidP="00417D07">
            <w:pPr>
              <w:rPr>
                <w:sz w:val="16"/>
                <w:szCs w:val="16"/>
              </w:rPr>
            </w:pPr>
            <w:r w:rsidRPr="003335DA">
              <w:rPr>
                <w:sz w:val="16"/>
                <w:szCs w:val="16"/>
              </w:rPr>
              <w:t xml:space="preserve">Provide pricing for a one (1) year break/fix service agreement, with annual renewal pricing separately identified for Years 2 through 5. Pricing shall include break/fix support and semi-annual preventive maintenance and camera cleaning. Vendor </w:t>
            </w:r>
            <w:proofErr w:type="gramStart"/>
            <w:r w:rsidRPr="003335DA">
              <w:rPr>
                <w:sz w:val="16"/>
                <w:szCs w:val="16"/>
              </w:rPr>
              <w:t>shall</w:t>
            </w:r>
            <w:proofErr w:type="gramEnd"/>
            <w:r w:rsidRPr="003335DA">
              <w:rPr>
                <w:sz w:val="16"/>
                <w:szCs w:val="16"/>
              </w:rPr>
              <w:t xml:space="preserve"> clearly identify labor rates, </w:t>
            </w:r>
            <w:proofErr w:type="gramStart"/>
            <w:r w:rsidRPr="003335DA">
              <w:rPr>
                <w:sz w:val="16"/>
                <w:szCs w:val="16"/>
              </w:rPr>
              <w:t>included</w:t>
            </w:r>
            <w:proofErr w:type="gramEnd"/>
            <w:r w:rsidRPr="003335DA">
              <w:rPr>
                <w:sz w:val="16"/>
                <w:szCs w:val="16"/>
              </w:rPr>
              <w:t xml:space="preserve"> versus billable services, response-time commitments, minimum charges, and any exclusions or additional costs associated with break/fix services.</w:t>
            </w:r>
            <w:r w:rsidR="00863739" w:rsidRPr="003335DA">
              <w:rPr>
                <w:sz w:val="16"/>
                <w:szCs w:val="16"/>
              </w:rPr>
              <w:t xml:space="preserve"> Vendor to handle all manufactures Warranty/RMAs</w:t>
            </w:r>
          </w:p>
        </w:tc>
        <w:tc>
          <w:tcPr>
            <w:tcW w:w="990" w:type="dxa"/>
          </w:tcPr>
          <w:p w14:paraId="6493D2DD" w14:textId="7FE39628" w:rsidR="00417D07" w:rsidRPr="003335DA" w:rsidRDefault="00417D07" w:rsidP="00417D07">
            <w:pPr>
              <w:rPr>
                <w:sz w:val="16"/>
                <w:szCs w:val="16"/>
              </w:rPr>
            </w:pPr>
            <w:r w:rsidRPr="003335DA">
              <w:rPr>
                <w:sz w:val="16"/>
                <w:szCs w:val="16"/>
              </w:rPr>
              <w:t>TBD</w:t>
            </w:r>
          </w:p>
        </w:tc>
        <w:tc>
          <w:tcPr>
            <w:tcW w:w="1530" w:type="dxa"/>
          </w:tcPr>
          <w:p w14:paraId="160D5B3A" w14:textId="07EFBA70" w:rsidR="00417D07" w:rsidRPr="003335DA" w:rsidRDefault="00417D07" w:rsidP="00417D07">
            <w:pPr>
              <w:rPr>
                <w:sz w:val="16"/>
                <w:szCs w:val="16"/>
              </w:rPr>
            </w:pPr>
            <w:r w:rsidRPr="003335DA">
              <w:rPr>
                <w:sz w:val="16"/>
                <w:szCs w:val="16"/>
              </w:rPr>
              <w:t>$ ______</w:t>
            </w:r>
          </w:p>
        </w:tc>
        <w:tc>
          <w:tcPr>
            <w:tcW w:w="1512" w:type="dxa"/>
          </w:tcPr>
          <w:p w14:paraId="19718BFA" w14:textId="12D010CA" w:rsidR="00417D07" w:rsidRPr="003335DA" w:rsidRDefault="00417D07" w:rsidP="00417D07">
            <w:pPr>
              <w:rPr>
                <w:sz w:val="16"/>
                <w:szCs w:val="16"/>
              </w:rPr>
            </w:pPr>
            <w:r w:rsidRPr="003335DA">
              <w:rPr>
                <w:sz w:val="16"/>
                <w:szCs w:val="16"/>
              </w:rPr>
              <w:t>$ ______</w:t>
            </w:r>
          </w:p>
        </w:tc>
      </w:tr>
    </w:tbl>
    <w:p w14:paraId="2C9B2806" w14:textId="77777777" w:rsidR="00417D07" w:rsidRPr="003335DA" w:rsidRDefault="00417D07">
      <w:pPr>
        <w:rPr>
          <w:b/>
          <w:sz w:val="16"/>
          <w:szCs w:val="16"/>
        </w:rPr>
      </w:pPr>
    </w:p>
    <w:p w14:paraId="336B53BB" w14:textId="5320CE67" w:rsidR="00540FC2" w:rsidRPr="003335DA" w:rsidRDefault="007477C1">
      <w:pPr>
        <w:rPr>
          <w:sz w:val="16"/>
          <w:szCs w:val="16"/>
        </w:rPr>
      </w:pPr>
      <w:r w:rsidRPr="003335DA">
        <w:rPr>
          <w:b/>
          <w:sz w:val="16"/>
          <w:szCs w:val="16"/>
        </w:rPr>
        <w:t>D. Bid Summary</w:t>
      </w:r>
    </w:p>
    <w:tbl>
      <w:tblPr>
        <w:tblStyle w:val="TableGrid"/>
        <w:tblW w:w="0" w:type="auto"/>
        <w:jc w:val="center"/>
        <w:tblLook w:val="04A0" w:firstRow="1" w:lastRow="0" w:firstColumn="1" w:lastColumn="0" w:noHBand="0" w:noVBand="1"/>
      </w:tblPr>
      <w:tblGrid>
        <w:gridCol w:w="5107"/>
        <w:gridCol w:w="5107"/>
      </w:tblGrid>
      <w:tr w:rsidR="00540FC2" w:rsidRPr="003335DA" w14:paraId="5E5CB2C7" w14:textId="77777777">
        <w:trPr>
          <w:tblHeader/>
          <w:jc w:val="center"/>
        </w:trPr>
        <w:tc>
          <w:tcPr>
            <w:tcW w:w="5112" w:type="dxa"/>
          </w:tcPr>
          <w:p w14:paraId="3777F8C3" w14:textId="77777777" w:rsidR="00540FC2" w:rsidRPr="003335DA" w:rsidRDefault="007477C1">
            <w:pPr>
              <w:rPr>
                <w:sz w:val="16"/>
                <w:szCs w:val="16"/>
              </w:rPr>
            </w:pPr>
            <w:r w:rsidRPr="003335DA">
              <w:rPr>
                <w:sz w:val="16"/>
                <w:szCs w:val="16"/>
              </w:rPr>
              <w:t>Equipment / Camera Replacement</w:t>
            </w:r>
          </w:p>
        </w:tc>
        <w:tc>
          <w:tcPr>
            <w:tcW w:w="5112" w:type="dxa"/>
          </w:tcPr>
          <w:p w14:paraId="108F23CA" w14:textId="77777777" w:rsidR="00540FC2" w:rsidRPr="003335DA" w:rsidRDefault="007477C1">
            <w:pPr>
              <w:rPr>
                <w:sz w:val="16"/>
                <w:szCs w:val="16"/>
              </w:rPr>
            </w:pPr>
            <w:r w:rsidRPr="003335DA">
              <w:rPr>
                <w:sz w:val="16"/>
                <w:szCs w:val="16"/>
              </w:rPr>
              <w:t>$ __________________</w:t>
            </w:r>
          </w:p>
        </w:tc>
      </w:tr>
      <w:tr w:rsidR="00540FC2" w:rsidRPr="003335DA" w14:paraId="5A54C2CE" w14:textId="77777777">
        <w:trPr>
          <w:jc w:val="center"/>
        </w:trPr>
        <w:tc>
          <w:tcPr>
            <w:tcW w:w="5112" w:type="dxa"/>
          </w:tcPr>
          <w:p w14:paraId="2543778D" w14:textId="77777777" w:rsidR="00540FC2" w:rsidRPr="003335DA" w:rsidRDefault="007477C1">
            <w:pPr>
              <w:rPr>
                <w:sz w:val="16"/>
                <w:szCs w:val="16"/>
              </w:rPr>
            </w:pPr>
            <w:r w:rsidRPr="003335DA">
              <w:rPr>
                <w:sz w:val="16"/>
                <w:szCs w:val="16"/>
              </w:rPr>
              <w:t>Installation Labor</w:t>
            </w:r>
          </w:p>
        </w:tc>
        <w:tc>
          <w:tcPr>
            <w:tcW w:w="5112" w:type="dxa"/>
          </w:tcPr>
          <w:p w14:paraId="284E2E59" w14:textId="62ABB7DD" w:rsidR="00540FC2" w:rsidRPr="003335DA" w:rsidRDefault="007477C1">
            <w:pPr>
              <w:rPr>
                <w:sz w:val="16"/>
                <w:szCs w:val="16"/>
                <w:u w:val="single"/>
              </w:rPr>
            </w:pPr>
            <w:r w:rsidRPr="003335DA">
              <w:rPr>
                <w:sz w:val="16"/>
                <w:szCs w:val="16"/>
              </w:rPr>
              <w:t>$ _________________</w:t>
            </w:r>
            <w:proofErr w:type="gramStart"/>
            <w:r w:rsidRPr="003335DA">
              <w:rPr>
                <w:sz w:val="16"/>
                <w:szCs w:val="16"/>
              </w:rPr>
              <w:t>_</w:t>
            </w:r>
            <w:r w:rsidR="001019DD" w:rsidRPr="003335DA">
              <w:rPr>
                <w:sz w:val="16"/>
                <w:szCs w:val="16"/>
              </w:rPr>
              <w:t xml:space="preserve">  Hours</w:t>
            </w:r>
            <w:proofErr w:type="gramEnd"/>
            <w:r w:rsidR="00417D07" w:rsidRPr="003335DA">
              <w:rPr>
                <w:sz w:val="16"/>
                <w:szCs w:val="16"/>
              </w:rPr>
              <w:t xml:space="preserve"> </w:t>
            </w:r>
            <w:r w:rsidR="00417D07" w:rsidRPr="003335DA">
              <w:rPr>
                <w:sz w:val="16"/>
                <w:szCs w:val="16"/>
                <w:u w:val="single"/>
              </w:rPr>
              <w:t xml:space="preserve"> </w:t>
            </w:r>
            <w:r w:rsidR="00417D07" w:rsidRPr="003335DA">
              <w:rPr>
                <w:sz w:val="16"/>
                <w:szCs w:val="16"/>
              </w:rPr>
              <w:t>______</w:t>
            </w:r>
            <w:r w:rsidR="00417D07" w:rsidRPr="003335DA">
              <w:rPr>
                <w:sz w:val="16"/>
                <w:szCs w:val="16"/>
                <w:u w:val="single"/>
              </w:rPr>
              <w:t xml:space="preserve">                       </w:t>
            </w:r>
          </w:p>
        </w:tc>
      </w:tr>
      <w:tr w:rsidR="00540FC2" w:rsidRPr="003335DA" w14:paraId="1F383AC2" w14:textId="77777777">
        <w:trPr>
          <w:jc w:val="center"/>
        </w:trPr>
        <w:tc>
          <w:tcPr>
            <w:tcW w:w="5112" w:type="dxa"/>
          </w:tcPr>
          <w:p w14:paraId="00C234B4" w14:textId="77777777" w:rsidR="00540FC2" w:rsidRPr="003335DA" w:rsidRDefault="007477C1">
            <w:pPr>
              <w:rPr>
                <w:sz w:val="16"/>
                <w:szCs w:val="16"/>
              </w:rPr>
            </w:pPr>
            <w:r w:rsidRPr="003335DA">
              <w:rPr>
                <w:sz w:val="16"/>
                <w:szCs w:val="16"/>
              </w:rPr>
              <w:t>Configuration / Commissioning</w:t>
            </w:r>
          </w:p>
        </w:tc>
        <w:tc>
          <w:tcPr>
            <w:tcW w:w="5112" w:type="dxa"/>
          </w:tcPr>
          <w:p w14:paraId="356C8507" w14:textId="2F46CF4A" w:rsidR="00540FC2" w:rsidRPr="003335DA" w:rsidRDefault="007477C1">
            <w:pPr>
              <w:rPr>
                <w:sz w:val="16"/>
                <w:szCs w:val="16"/>
              </w:rPr>
            </w:pPr>
            <w:r w:rsidRPr="003335DA">
              <w:rPr>
                <w:sz w:val="16"/>
                <w:szCs w:val="16"/>
              </w:rPr>
              <w:t>$ _________________</w:t>
            </w:r>
            <w:proofErr w:type="gramStart"/>
            <w:r w:rsidRPr="003335DA">
              <w:rPr>
                <w:sz w:val="16"/>
                <w:szCs w:val="16"/>
              </w:rPr>
              <w:t>_</w:t>
            </w:r>
            <w:r w:rsidR="00417D07" w:rsidRPr="003335DA">
              <w:rPr>
                <w:sz w:val="16"/>
                <w:szCs w:val="16"/>
              </w:rPr>
              <w:t xml:space="preserve">  Hours</w:t>
            </w:r>
            <w:proofErr w:type="gramEnd"/>
            <w:r w:rsidR="00417D07" w:rsidRPr="003335DA">
              <w:rPr>
                <w:sz w:val="16"/>
                <w:szCs w:val="16"/>
              </w:rPr>
              <w:t xml:space="preserve"> </w:t>
            </w:r>
            <w:r w:rsidR="00417D07" w:rsidRPr="003335DA">
              <w:rPr>
                <w:sz w:val="16"/>
                <w:szCs w:val="16"/>
                <w:u w:val="single"/>
              </w:rPr>
              <w:t xml:space="preserve"> </w:t>
            </w:r>
            <w:r w:rsidR="00417D07" w:rsidRPr="003335DA">
              <w:rPr>
                <w:sz w:val="16"/>
                <w:szCs w:val="16"/>
              </w:rPr>
              <w:t>______</w:t>
            </w:r>
            <w:r w:rsidR="00417D07" w:rsidRPr="003335DA">
              <w:rPr>
                <w:sz w:val="16"/>
                <w:szCs w:val="16"/>
                <w:u w:val="single"/>
              </w:rPr>
              <w:t xml:space="preserve">                       </w:t>
            </w:r>
          </w:p>
        </w:tc>
      </w:tr>
      <w:tr w:rsidR="00540FC2" w:rsidRPr="003335DA" w14:paraId="17D042EA" w14:textId="77777777">
        <w:trPr>
          <w:jc w:val="center"/>
        </w:trPr>
        <w:tc>
          <w:tcPr>
            <w:tcW w:w="5112" w:type="dxa"/>
          </w:tcPr>
          <w:p w14:paraId="4B32E1EB" w14:textId="77777777" w:rsidR="00540FC2" w:rsidRPr="003335DA" w:rsidRDefault="007477C1">
            <w:pPr>
              <w:rPr>
                <w:sz w:val="16"/>
                <w:szCs w:val="16"/>
              </w:rPr>
            </w:pPr>
            <w:r w:rsidRPr="003335DA">
              <w:rPr>
                <w:sz w:val="16"/>
                <w:szCs w:val="16"/>
              </w:rPr>
              <w:t>General Project Costs</w:t>
            </w:r>
          </w:p>
        </w:tc>
        <w:tc>
          <w:tcPr>
            <w:tcW w:w="5112" w:type="dxa"/>
          </w:tcPr>
          <w:p w14:paraId="7A11CC1C" w14:textId="77777777" w:rsidR="00540FC2" w:rsidRPr="003335DA" w:rsidRDefault="007477C1">
            <w:pPr>
              <w:rPr>
                <w:sz w:val="16"/>
                <w:szCs w:val="16"/>
              </w:rPr>
            </w:pPr>
            <w:r w:rsidRPr="003335DA">
              <w:rPr>
                <w:sz w:val="16"/>
                <w:szCs w:val="16"/>
              </w:rPr>
              <w:t>$ __________________</w:t>
            </w:r>
          </w:p>
        </w:tc>
      </w:tr>
      <w:tr w:rsidR="00540FC2" w:rsidRPr="003335DA" w14:paraId="078AA83D" w14:textId="77777777">
        <w:trPr>
          <w:jc w:val="center"/>
        </w:trPr>
        <w:tc>
          <w:tcPr>
            <w:tcW w:w="5112" w:type="dxa"/>
          </w:tcPr>
          <w:p w14:paraId="2BA3BE7C" w14:textId="77777777" w:rsidR="00540FC2" w:rsidRPr="003335DA" w:rsidRDefault="007477C1">
            <w:pPr>
              <w:rPr>
                <w:sz w:val="16"/>
                <w:szCs w:val="16"/>
              </w:rPr>
            </w:pPr>
            <w:r w:rsidRPr="003335DA">
              <w:rPr>
                <w:sz w:val="16"/>
                <w:szCs w:val="16"/>
              </w:rPr>
              <w:t>Optional / Allowance Items</w:t>
            </w:r>
          </w:p>
        </w:tc>
        <w:tc>
          <w:tcPr>
            <w:tcW w:w="5112" w:type="dxa"/>
          </w:tcPr>
          <w:p w14:paraId="43CF6CB8" w14:textId="77777777" w:rsidR="00540FC2" w:rsidRPr="003335DA" w:rsidRDefault="007477C1">
            <w:pPr>
              <w:rPr>
                <w:sz w:val="16"/>
                <w:szCs w:val="16"/>
              </w:rPr>
            </w:pPr>
            <w:r w:rsidRPr="003335DA">
              <w:rPr>
                <w:sz w:val="16"/>
                <w:szCs w:val="16"/>
              </w:rPr>
              <w:t>$ __________________</w:t>
            </w:r>
          </w:p>
        </w:tc>
      </w:tr>
      <w:tr w:rsidR="00540FC2" w:rsidRPr="003335DA" w14:paraId="781E5DE0" w14:textId="77777777">
        <w:trPr>
          <w:jc w:val="center"/>
        </w:trPr>
        <w:tc>
          <w:tcPr>
            <w:tcW w:w="5112" w:type="dxa"/>
          </w:tcPr>
          <w:p w14:paraId="6D64D405" w14:textId="77777777" w:rsidR="00540FC2" w:rsidRPr="003335DA" w:rsidRDefault="007477C1">
            <w:pPr>
              <w:rPr>
                <w:sz w:val="16"/>
                <w:szCs w:val="16"/>
              </w:rPr>
            </w:pPr>
            <w:r w:rsidRPr="003335DA">
              <w:rPr>
                <w:sz w:val="16"/>
                <w:szCs w:val="16"/>
              </w:rPr>
              <w:t>Subtotal</w:t>
            </w:r>
          </w:p>
        </w:tc>
        <w:tc>
          <w:tcPr>
            <w:tcW w:w="5112" w:type="dxa"/>
          </w:tcPr>
          <w:p w14:paraId="5026B5EE" w14:textId="77777777" w:rsidR="00540FC2" w:rsidRPr="003335DA" w:rsidRDefault="007477C1">
            <w:pPr>
              <w:rPr>
                <w:sz w:val="16"/>
                <w:szCs w:val="16"/>
              </w:rPr>
            </w:pPr>
            <w:r w:rsidRPr="003335DA">
              <w:rPr>
                <w:sz w:val="16"/>
                <w:szCs w:val="16"/>
              </w:rPr>
              <w:t>$ __________________</w:t>
            </w:r>
          </w:p>
        </w:tc>
      </w:tr>
      <w:tr w:rsidR="00540FC2" w:rsidRPr="003335DA" w14:paraId="492C405A" w14:textId="77777777">
        <w:trPr>
          <w:jc w:val="center"/>
        </w:trPr>
        <w:tc>
          <w:tcPr>
            <w:tcW w:w="5112" w:type="dxa"/>
          </w:tcPr>
          <w:p w14:paraId="4004423A" w14:textId="77777777" w:rsidR="00540FC2" w:rsidRPr="003335DA" w:rsidRDefault="007477C1">
            <w:pPr>
              <w:rPr>
                <w:sz w:val="16"/>
                <w:szCs w:val="16"/>
              </w:rPr>
            </w:pPr>
            <w:r w:rsidRPr="003335DA">
              <w:rPr>
                <w:sz w:val="16"/>
                <w:szCs w:val="16"/>
              </w:rPr>
              <w:t>Sales Tax</w:t>
            </w:r>
          </w:p>
        </w:tc>
        <w:tc>
          <w:tcPr>
            <w:tcW w:w="5112" w:type="dxa"/>
          </w:tcPr>
          <w:p w14:paraId="7E6D7B9D" w14:textId="77777777" w:rsidR="00540FC2" w:rsidRPr="003335DA" w:rsidRDefault="007477C1">
            <w:pPr>
              <w:rPr>
                <w:sz w:val="16"/>
                <w:szCs w:val="16"/>
              </w:rPr>
            </w:pPr>
            <w:r w:rsidRPr="003335DA">
              <w:rPr>
                <w:sz w:val="16"/>
                <w:szCs w:val="16"/>
              </w:rPr>
              <w:t>$ __________________</w:t>
            </w:r>
          </w:p>
        </w:tc>
      </w:tr>
      <w:tr w:rsidR="00540FC2" w:rsidRPr="003335DA" w14:paraId="787C11F1" w14:textId="77777777">
        <w:trPr>
          <w:jc w:val="center"/>
        </w:trPr>
        <w:tc>
          <w:tcPr>
            <w:tcW w:w="5112" w:type="dxa"/>
          </w:tcPr>
          <w:p w14:paraId="41ADA286" w14:textId="77777777" w:rsidR="00540FC2" w:rsidRPr="003335DA" w:rsidRDefault="007477C1">
            <w:pPr>
              <w:rPr>
                <w:sz w:val="16"/>
                <w:szCs w:val="16"/>
              </w:rPr>
            </w:pPr>
            <w:r w:rsidRPr="003335DA">
              <w:rPr>
                <w:sz w:val="16"/>
                <w:szCs w:val="16"/>
              </w:rPr>
              <w:t>Freight / Shipping</w:t>
            </w:r>
          </w:p>
        </w:tc>
        <w:tc>
          <w:tcPr>
            <w:tcW w:w="5112" w:type="dxa"/>
          </w:tcPr>
          <w:p w14:paraId="3D40C2C0" w14:textId="77777777" w:rsidR="00540FC2" w:rsidRPr="003335DA" w:rsidRDefault="007477C1">
            <w:pPr>
              <w:rPr>
                <w:sz w:val="16"/>
                <w:szCs w:val="16"/>
              </w:rPr>
            </w:pPr>
            <w:r w:rsidRPr="003335DA">
              <w:rPr>
                <w:sz w:val="16"/>
                <w:szCs w:val="16"/>
              </w:rPr>
              <w:t>$ __________________</w:t>
            </w:r>
          </w:p>
        </w:tc>
      </w:tr>
      <w:tr w:rsidR="00540FC2" w:rsidRPr="003335DA" w14:paraId="7FA4BEDD" w14:textId="77777777">
        <w:trPr>
          <w:jc w:val="center"/>
        </w:trPr>
        <w:tc>
          <w:tcPr>
            <w:tcW w:w="5112" w:type="dxa"/>
          </w:tcPr>
          <w:p w14:paraId="4AC954B8" w14:textId="77777777" w:rsidR="00540FC2" w:rsidRPr="003335DA" w:rsidRDefault="007477C1">
            <w:pPr>
              <w:rPr>
                <w:sz w:val="16"/>
                <w:szCs w:val="16"/>
              </w:rPr>
            </w:pPr>
            <w:r w:rsidRPr="003335DA">
              <w:rPr>
                <w:b/>
                <w:sz w:val="16"/>
                <w:szCs w:val="16"/>
              </w:rPr>
              <w:t>TOTAL BID PRICE</w:t>
            </w:r>
          </w:p>
        </w:tc>
        <w:tc>
          <w:tcPr>
            <w:tcW w:w="5112" w:type="dxa"/>
          </w:tcPr>
          <w:p w14:paraId="28C3EE96" w14:textId="77777777" w:rsidR="00540FC2" w:rsidRPr="003335DA" w:rsidRDefault="007477C1">
            <w:pPr>
              <w:rPr>
                <w:sz w:val="16"/>
                <w:szCs w:val="16"/>
              </w:rPr>
            </w:pPr>
            <w:r w:rsidRPr="003335DA">
              <w:rPr>
                <w:b/>
                <w:sz w:val="16"/>
                <w:szCs w:val="16"/>
              </w:rPr>
              <w:t>$ __________________</w:t>
            </w:r>
          </w:p>
        </w:tc>
      </w:tr>
    </w:tbl>
    <w:p w14:paraId="6E3B2456" w14:textId="77777777" w:rsidR="00540FC2" w:rsidRPr="003335DA" w:rsidRDefault="00540FC2">
      <w:pPr>
        <w:rPr>
          <w:sz w:val="16"/>
          <w:szCs w:val="16"/>
        </w:rPr>
      </w:pPr>
    </w:p>
    <w:p w14:paraId="6DEDE16A" w14:textId="77777777" w:rsidR="00540FC2" w:rsidRPr="003335DA" w:rsidRDefault="007477C1">
      <w:pPr>
        <w:rPr>
          <w:sz w:val="16"/>
          <w:szCs w:val="16"/>
        </w:rPr>
      </w:pPr>
      <w:r w:rsidRPr="003335DA">
        <w:rPr>
          <w:b/>
          <w:sz w:val="16"/>
          <w:szCs w:val="16"/>
        </w:rPr>
        <w:t>E. Bidder Information</w:t>
      </w:r>
    </w:p>
    <w:p w14:paraId="59ED882E" w14:textId="77777777" w:rsidR="00540FC2" w:rsidRPr="003335DA" w:rsidRDefault="007477C1">
      <w:pPr>
        <w:rPr>
          <w:sz w:val="16"/>
          <w:szCs w:val="16"/>
        </w:rPr>
      </w:pPr>
      <w:r w:rsidRPr="003335DA">
        <w:rPr>
          <w:sz w:val="16"/>
          <w:szCs w:val="16"/>
        </w:rPr>
        <w:t>Company Name: ________________________________________________</w:t>
      </w:r>
    </w:p>
    <w:p w14:paraId="088E437A" w14:textId="77777777" w:rsidR="00540FC2" w:rsidRPr="003335DA" w:rsidRDefault="007477C1">
      <w:pPr>
        <w:rPr>
          <w:sz w:val="16"/>
          <w:szCs w:val="16"/>
        </w:rPr>
      </w:pPr>
      <w:r w:rsidRPr="003335DA">
        <w:rPr>
          <w:sz w:val="16"/>
          <w:szCs w:val="16"/>
        </w:rPr>
        <w:t>Address: ______________________________________________________</w:t>
      </w:r>
    </w:p>
    <w:p w14:paraId="54BF4EF9" w14:textId="77777777" w:rsidR="00540FC2" w:rsidRPr="003335DA" w:rsidRDefault="007477C1">
      <w:pPr>
        <w:rPr>
          <w:sz w:val="16"/>
          <w:szCs w:val="16"/>
        </w:rPr>
      </w:pPr>
      <w:r w:rsidRPr="003335DA">
        <w:rPr>
          <w:sz w:val="16"/>
          <w:szCs w:val="16"/>
        </w:rPr>
        <w:t>Contact Name: _________________________________________________</w:t>
      </w:r>
    </w:p>
    <w:p w14:paraId="4A459460" w14:textId="77777777" w:rsidR="00540FC2" w:rsidRPr="003335DA" w:rsidRDefault="007477C1">
      <w:pPr>
        <w:rPr>
          <w:sz w:val="16"/>
          <w:szCs w:val="16"/>
        </w:rPr>
      </w:pPr>
      <w:r w:rsidRPr="003335DA">
        <w:rPr>
          <w:sz w:val="16"/>
          <w:szCs w:val="16"/>
        </w:rPr>
        <w:t>Phone: _________________________</w:t>
      </w:r>
      <w:proofErr w:type="gramStart"/>
      <w:r w:rsidRPr="003335DA">
        <w:rPr>
          <w:sz w:val="16"/>
          <w:szCs w:val="16"/>
        </w:rPr>
        <w:t>_  Email</w:t>
      </w:r>
      <w:proofErr w:type="gramEnd"/>
      <w:r w:rsidRPr="003335DA">
        <w:rPr>
          <w:sz w:val="16"/>
          <w:szCs w:val="16"/>
        </w:rPr>
        <w:t>: __________________________</w:t>
      </w:r>
    </w:p>
    <w:p w14:paraId="6A5A129F" w14:textId="77777777" w:rsidR="00540FC2" w:rsidRPr="003335DA" w:rsidRDefault="007477C1">
      <w:pPr>
        <w:rPr>
          <w:sz w:val="16"/>
          <w:szCs w:val="16"/>
        </w:rPr>
      </w:pPr>
      <w:r w:rsidRPr="003335DA">
        <w:rPr>
          <w:sz w:val="16"/>
          <w:szCs w:val="16"/>
        </w:rPr>
        <w:t>Bid Valid For: __________________ days</w:t>
      </w:r>
    </w:p>
    <w:p w14:paraId="1C893F3F" w14:textId="77777777" w:rsidR="00540FC2" w:rsidRPr="003335DA" w:rsidRDefault="007477C1">
      <w:pPr>
        <w:rPr>
          <w:sz w:val="16"/>
          <w:szCs w:val="16"/>
        </w:rPr>
      </w:pPr>
      <w:r w:rsidRPr="003335DA">
        <w:rPr>
          <w:sz w:val="16"/>
          <w:szCs w:val="16"/>
        </w:rPr>
        <w:t>Estimated Lead Time: __________________</w:t>
      </w:r>
    </w:p>
    <w:p w14:paraId="584C136D" w14:textId="77777777" w:rsidR="00540FC2" w:rsidRPr="003335DA" w:rsidRDefault="007477C1">
      <w:pPr>
        <w:rPr>
          <w:sz w:val="16"/>
          <w:szCs w:val="16"/>
        </w:rPr>
      </w:pPr>
      <w:r w:rsidRPr="003335DA">
        <w:rPr>
          <w:sz w:val="16"/>
          <w:szCs w:val="16"/>
        </w:rPr>
        <w:t>Estimated Project Duration: __________________</w:t>
      </w:r>
    </w:p>
    <w:p w14:paraId="74A1964A" w14:textId="501603E6" w:rsidR="00540FC2" w:rsidRPr="003335DA" w:rsidRDefault="007477C1" w:rsidP="00D41E2D">
      <w:pPr>
        <w:rPr>
          <w:sz w:val="16"/>
          <w:szCs w:val="16"/>
        </w:rPr>
      </w:pPr>
      <w:r w:rsidRPr="003335DA">
        <w:rPr>
          <w:sz w:val="16"/>
          <w:szCs w:val="16"/>
        </w:rPr>
        <w:t>Warranty: _____________________________________________________</w:t>
      </w:r>
    </w:p>
    <w:p w14:paraId="760F7935" w14:textId="77777777" w:rsidR="00540FC2" w:rsidRPr="003335DA" w:rsidRDefault="007477C1" w:rsidP="00D41E2D">
      <w:pPr>
        <w:rPr>
          <w:sz w:val="16"/>
          <w:szCs w:val="16"/>
        </w:rPr>
      </w:pPr>
      <w:r w:rsidRPr="003335DA">
        <w:rPr>
          <w:sz w:val="16"/>
          <w:szCs w:val="16"/>
        </w:rPr>
        <w:t xml:space="preserve">Bidder </w:t>
      </w:r>
      <w:proofErr w:type="gramStart"/>
      <w:r w:rsidRPr="003335DA">
        <w:rPr>
          <w:sz w:val="16"/>
          <w:szCs w:val="16"/>
        </w:rPr>
        <w:t>Signature: _</w:t>
      </w:r>
      <w:proofErr w:type="gramEnd"/>
      <w:r w:rsidRPr="003335DA">
        <w:rPr>
          <w:sz w:val="16"/>
          <w:szCs w:val="16"/>
        </w:rPr>
        <w:t>___________________________________    Date: ____________________</w:t>
      </w:r>
    </w:p>
    <w:p w14:paraId="4AA9EED9" w14:textId="77777777" w:rsidR="00540FC2" w:rsidRPr="003335DA" w:rsidRDefault="007477C1" w:rsidP="00D41E2D">
      <w:pPr>
        <w:rPr>
          <w:sz w:val="16"/>
          <w:szCs w:val="16"/>
        </w:rPr>
      </w:pPr>
      <w:r w:rsidRPr="003335DA">
        <w:rPr>
          <w:sz w:val="16"/>
          <w:szCs w:val="16"/>
        </w:rPr>
        <w:t>Printed Name / Title: ______________________________________________________________</w:t>
      </w:r>
    </w:p>
    <w:sectPr w:rsidR="00540FC2" w:rsidRPr="003335DA"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83072674">
    <w:abstractNumId w:val="8"/>
  </w:num>
  <w:num w:numId="2" w16cid:durableId="980689526">
    <w:abstractNumId w:val="6"/>
  </w:num>
  <w:num w:numId="3" w16cid:durableId="596062995">
    <w:abstractNumId w:val="5"/>
  </w:num>
  <w:num w:numId="4" w16cid:durableId="2125613421">
    <w:abstractNumId w:val="4"/>
  </w:num>
  <w:num w:numId="5" w16cid:durableId="787355673">
    <w:abstractNumId w:val="7"/>
  </w:num>
  <w:num w:numId="6" w16cid:durableId="1610433848">
    <w:abstractNumId w:val="3"/>
  </w:num>
  <w:num w:numId="7" w16cid:durableId="1134523826">
    <w:abstractNumId w:val="2"/>
  </w:num>
  <w:num w:numId="8" w16cid:durableId="491533050">
    <w:abstractNumId w:val="1"/>
  </w:num>
  <w:num w:numId="9" w16cid:durableId="1336567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3543"/>
    <w:rsid w:val="00056294"/>
    <w:rsid w:val="00056EC2"/>
    <w:rsid w:val="0006063C"/>
    <w:rsid w:val="000D52D2"/>
    <w:rsid w:val="000F211C"/>
    <w:rsid w:val="001019DD"/>
    <w:rsid w:val="0014144E"/>
    <w:rsid w:val="0015074B"/>
    <w:rsid w:val="00164931"/>
    <w:rsid w:val="001C24EE"/>
    <w:rsid w:val="001E04E4"/>
    <w:rsid w:val="00226F49"/>
    <w:rsid w:val="002453FF"/>
    <w:rsid w:val="0029639D"/>
    <w:rsid w:val="002D64EE"/>
    <w:rsid w:val="00326F90"/>
    <w:rsid w:val="003335DA"/>
    <w:rsid w:val="003A115F"/>
    <w:rsid w:val="003F2938"/>
    <w:rsid w:val="00417D07"/>
    <w:rsid w:val="00460D3B"/>
    <w:rsid w:val="005142A6"/>
    <w:rsid w:val="00534092"/>
    <w:rsid w:val="00540FC2"/>
    <w:rsid w:val="005509A1"/>
    <w:rsid w:val="00564C53"/>
    <w:rsid w:val="005A6C55"/>
    <w:rsid w:val="005F15A4"/>
    <w:rsid w:val="006011EC"/>
    <w:rsid w:val="00674836"/>
    <w:rsid w:val="006A7681"/>
    <w:rsid w:val="006F25F2"/>
    <w:rsid w:val="006F7182"/>
    <w:rsid w:val="007024BA"/>
    <w:rsid w:val="00716832"/>
    <w:rsid w:val="007477C1"/>
    <w:rsid w:val="007508B4"/>
    <w:rsid w:val="007F0D19"/>
    <w:rsid w:val="0080390E"/>
    <w:rsid w:val="00830DA5"/>
    <w:rsid w:val="00834E31"/>
    <w:rsid w:val="00863739"/>
    <w:rsid w:val="0086704C"/>
    <w:rsid w:val="00897F90"/>
    <w:rsid w:val="008A170C"/>
    <w:rsid w:val="00A6615A"/>
    <w:rsid w:val="00A97AF6"/>
    <w:rsid w:val="00AA1D8D"/>
    <w:rsid w:val="00AF79EA"/>
    <w:rsid w:val="00B47730"/>
    <w:rsid w:val="00B5702B"/>
    <w:rsid w:val="00C019CA"/>
    <w:rsid w:val="00CB0664"/>
    <w:rsid w:val="00D26516"/>
    <w:rsid w:val="00D41E2D"/>
    <w:rsid w:val="00D50A42"/>
    <w:rsid w:val="00D7656C"/>
    <w:rsid w:val="00DA13F1"/>
    <w:rsid w:val="00E37632"/>
    <w:rsid w:val="00E71999"/>
    <w:rsid w:val="00E85761"/>
    <w:rsid w:val="00EA1685"/>
    <w:rsid w:val="00EA6BB9"/>
    <w:rsid w:val="00EF4E12"/>
    <w:rsid w:val="00F17838"/>
    <w:rsid w:val="00F445AB"/>
    <w:rsid w:val="00F90D54"/>
    <w:rsid w:val="00FB4446"/>
    <w:rsid w:val="00FC060E"/>
    <w:rsid w:val="00FC693F"/>
    <w:rsid w:val="00FE490B"/>
    <w:rsid w:val="00FE5F1B"/>
    <w:rsid w:val="00FF2BF2"/>
    <w:rsid w:val="00FF73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858E49"/>
  <w14:defaultImageDpi w14:val="300"/>
  <w15:docId w15:val="{B6EF1996-8486-4954-AA97-0CB1E2F13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64C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stephanie.shults@cnbglob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CB05B3AAAFCC4FB4C3EFF55D9B4AC9" ma:contentTypeVersion="16" ma:contentTypeDescription="Create a new document." ma:contentTypeScope="" ma:versionID="ffe1bbdd9697b81d933fce81c36434b8">
  <xsd:schema xmlns:xsd="http://www.w3.org/2001/XMLSchema" xmlns:xs="http://www.w3.org/2001/XMLSchema" xmlns:p="http://schemas.microsoft.com/office/2006/metadata/properties" xmlns:ns2="99373f3d-5f28-415c-9d86-71b1a2ea4a51" xmlns:ns3="8f68a9de-2124-42f4-ba83-55eff0edc9d9" targetNamespace="http://schemas.microsoft.com/office/2006/metadata/properties" ma:root="true" ma:fieldsID="01f0695bd439a821cc58af8698a74df6" ns2:_="" ns3:_="">
    <xsd:import namespace="99373f3d-5f28-415c-9d86-71b1a2ea4a51"/>
    <xsd:import namespace="8f68a9de-2124-42f4-ba83-55eff0edc9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Statu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373f3d-5f28-415c-9d86-71b1a2ea4a51"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Status" ma:index="8" nillable="true" ma:displayName="Status" ma:default="In Process" ma:description="Quick view to easily identify if assessment is fully completed" ma:format="Dropdown" ma:internalName="Status" ma:readOnly="false">
      <xsd:simpleType>
        <xsd:restriction base="dms:Choice">
          <xsd:enumeration value="Complete"/>
          <xsd:enumeration value="In Process"/>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de1e82d-5f95-4a34-bddc-aa8d0fb2e70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f68a9de-2124-42f4-ba83-55eff0edc9d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8a74d79-c5aa-4cca-a804-1aa751f1acec}" ma:internalName="TaxCatchAll" ma:showField="CatchAllData" ma:web="8f68a9de-2124-42f4-ba83-55eff0edc9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tatus xmlns="99373f3d-5f28-415c-9d86-71b1a2ea4a51">In Process</Status>
    <lcf76f155ced4ddcb4097134ff3c332f xmlns="99373f3d-5f28-415c-9d86-71b1a2ea4a51">
      <Terms xmlns="http://schemas.microsoft.com/office/infopath/2007/PartnerControls"/>
    </lcf76f155ced4ddcb4097134ff3c332f>
    <TaxCatchAll xmlns="8f68a9de-2124-42f4-ba83-55eff0edc9d9"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5A33E5E-BA3B-4DA8-A766-3243B6A0DD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373f3d-5f28-415c-9d86-71b1a2ea4a51"/>
    <ds:schemaRef ds:uri="8f68a9de-2124-42f4-ba83-55eff0edc9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3E5036-9E23-4FBB-AA22-9C2C9ED5BA58}">
  <ds:schemaRefs>
    <ds:schemaRef ds:uri="http://schemas.microsoft.com/sharepoint/v3/contenttype/forms"/>
  </ds:schemaRefs>
</ds:datastoreItem>
</file>

<file path=customXml/itemProps4.xml><?xml version="1.0" encoding="utf-8"?>
<ds:datastoreItem xmlns:ds="http://schemas.openxmlformats.org/officeDocument/2006/customXml" ds:itemID="{BDF8CB27-9373-42F3-A70D-C78950D0865D}">
  <ds:schemaRefs>
    <ds:schemaRef ds:uri="http://schemas.microsoft.com/office/2006/metadata/properties"/>
    <ds:schemaRef ds:uri="http://schemas.microsoft.com/office/infopath/2007/PartnerControls"/>
    <ds:schemaRef ds:uri="99373f3d-5f28-415c-9d86-71b1a2ea4a51"/>
    <ds:schemaRef ds:uri="8f68a9de-2124-42f4-ba83-55eff0edc9d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1973</Words>
  <Characters>12056</Characters>
  <Application>Microsoft Office Word</Application>
  <DocSecurity>0</DocSecurity>
  <Lines>602</Lines>
  <Paragraphs>561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Stephanie Shults</cp:lastModifiedBy>
  <cp:revision>2</cp:revision>
  <dcterms:created xsi:type="dcterms:W3CDTF">2026-10-15T20:30:00Z</dcterms:created>
  <dcterms:modified xsi:type="dcterms:W3CDTF">2026-10-15T20:30:00Z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d660a8f-8c31-4b71-bd02-1cc5f1135f0c_Enabled">
    <vt:lpwstr>true</vt:lpwstr>
  </property>
  <property fmtid="{D5CDD505-2E9C-101B-9397-08002B2CF9AE}" pid="3" name="MSIP_Label_cd660a8f-8c31-4b71-bd02-1cc5f1135f0c_SetDate">
    <vt:lpwstr>2026-09-23T20:33:35Z</vt:lpwstr>
  </property>
  <property fmtid="{D5CDD505-2E9C-101B-9397-08002B2CF9AE}" pid="4" name="MSIP_Label_cd660a8f-8c31-4b71-bd02-1cc5f1135f0c_Method">
    <vt:lpwstr>Standard</vt:lpwstr>
  </property>
  <property fmtid="{D5CDD505-2E9C-101B-9397-08002B2CF9AE}" pid="5" name="MSIP_Label_cd660a8f-8c31-4b71-bd02-1cc5f1135f0c_Name">
    <vt:lpwstr>Guarded</vt:lpwstr>
  </property>
  <property fmtid="{D5CDD505-2E9C-101B-9397-08002B2CF9AE}" pid="6" name="MSIP_Label_cd660a8f-8c31-4b71-bd02-1cc5f1135f0c_SiteId">
    <vt:lpwstr>0451d623-8bf6-4d99-adc3-716f25655595</vt:lpwstr>
  </property>
  <property fmtid="{D5CDD505-2E9C-101B-9397-08002B2CF9AE}" pid="7" name="MSIP_Label_cd660a8f-8c31-4b71-bd02-1cc5f1135f0c_ActionId">
    <vt:lpwstr>859b9224-fdff-41e5-ac20-c6f1ae1aae42</vt:lpwstr>
  </property>
  <property fmtid="{D5CDD505-2E9C-101B-9397-08002B2CF9AE}" pid="8" name="MSIP_Label_cd660a8f-8c31-4b71-bd02-1cc5f1135f0c_ContentBits">
    <vt:lpwstr>0</vt:lpwstr>
  </property>
  <property fmtid="{D5CDD505-2E9C-101B-9397-08002B2CF9AE}" pid="9" name="MSIP_Label_cd660a8f-8c31-4b71-bd02-1cc5f1135f0c_Tag">
    <vt:lpwstr>10, 3, 0, 1</vt:lpwstr>
  </property>
  <property fmtid="{D5CDD505-2E9C-101B-9397-08002B2CF9AE}" pid="10" name="ContentTypeId">
    <vt:lpwstr>0x0101004FCB05B3AAAFCC4FB4C3EFF55D9B4AC9</vt:lpwstr>
  </property>
  <property fmtid="{D5CDD505-2E9C-101B-9397-08002B2CF9AE}" pid="11" name="MediaServiceImageTags">
    <vt:lpwstr/>
  </property>
</Properties>
</file>